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4E509D" w14:textId="5CD52611" w:rsidR="00000000" w:rsidRPr="00DE446E" w:rsidRDefault="00000000">
      <w:pPr>
        <w:pStyle w:val="Title"/>
        <w:rPr>
          <w:sz w:val="40"/>
          <w:szCs w:val="40"/>
        </w:rPr>
      </w:pPr>
      <w:r>
        <w:rPr>
          <w:noProof/>
        </w:rPr>
        <w:drawing>
          <wp:inline distT="0" distB="0" distL="0" distR="0" wp14:anchorId="7822385C" wp14:editId="69433C62">
            <wp:extent cx="2362200" cy="1923415"/>
            <wp:effectExtent l="0" t="0" r="0" b="635"/>
            <wp:docPr id="1458812090" name="Picture 1" descr="A group of food items  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8812090" name="Picture 1" descr="A group of food items  AI-generated content may be incorrect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373494" cy="1932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🍽</w:t>
      </w:r>
      <w:r>
        <w:t>️</w:t>
      </w:r>
      <w:r>
        <w:t xml:space="preserve"> </w:t>
      </w:r>
      <w:r w:rsidRPr="00DE446E">
        <w:rPr>
          <w:sz w:val="40"/>
          <w:szCs w:val="40"/>
        </w:rPr>
        <w:t>Comfort Classics Meal Kit</w:t>
      </w:r>
    </w:p>
    <w:p w14:paraId="13777885" w14:textId="77777777" w:rsidR="00000000" w:rsidRDefault="00000000">
      <w:r>
        <w:t>Bring warmth to the table with the Comfort Classics bundle—a homestyle collection of feel-good favorites that make every evening taste like a Sunday dinner. Perfect for feeding 4–6 people, this meal kit blends hearty entrees, familiar sides, and a sweet finale everyone will love.</w:t>
      </w:r>
    </w:p>
    <w:p w14:paraId="695745EE" w14:textId="77777777" w:rsidR="00000000" w:rsidRDefault="00000000">
      <w:pPr>
        <w:pStyle w:val="Heading1"/>
      </w:pPr>
      <w:r>
        <w:t>🍲 Kit Includes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80"/>
        <w:gridCol w:w="2880"/>
        <w:gridCol w:w="2880"/>
      </w:tblGrid>
      <w:tr w:rsidR="00F411EE" w14:paraId="11737435" w14:textId="77777777">
        <w:tc>
          <w:tcPr>
            <w:tcW w:w="2880" w:type="dxa"/>
          </w:tcPr>
          <w:p w14:paraId="54229D77" w14:textId="77777777" w:rsidR="00000000" w:rsidRDefault="00000000">
            <w:r>
              <w:rPr>
                <w:color w:val="7A3E1D"/>
              </w:rPr>
              <w:t>Item</w:t>
            </w:r>
          </w:p>
        </w:tc>
        <w:tc>
          <w:tcPr>
            <w:tcW w:w="2880" w:type="dxa"/>
          </w:tcPr>
          <w:p w14:paraId="4EFFCE8C" w14:textId="77777777" w:rsidR="00000000" w:rsidRDefault="00000000">
            <w:r>
              <w:rPr>
                <w:color w:val="7A3E1D"/>
              </w:rPr>
              <w:t>Approx. Quantity</w:t>
            </w:r>
          </w:p>
        </w:tc>
        <w:tc>
          <w:tcPr>
            <w:tcW w:w="2880" w:type="dxa"/>
          </w:tcPr>
          <w:p w14:paraId="46A3B56A" w14:textId="77777777" w:rsidR="00000000" w:rsidRDefault="00000000">
            <w:r>
              <w:rPr>
                <w:color w:val="7A3E1D"/>
              </w:rPr>
              <w:t>Est. Price</w:t>
            </w:r>
          </w:p>
        </w:tc>
      </w:tr>
      <w:tr w:rsidR="00F411EE" w14:paraId="5E05D057" w14:textId="77777777">
        <w:tc>
          <w:tcPr>
            <w:tcW w:w="2880" w:type="dxa"/>
          </w:tcPr>
          <w:p w14:paraId="153DE0C9" w14:textId="77777777" w:rsidR="00000000" w:rsidRDefault="00000000">
            <w:r>
              <w:t>Macaroni &amp; cheese (prepared or boxed)</w:t>
            </w:r>
          </w:p>
        </w:tc>
        <w:tc>
          <w:tcPr>
            <w:tcW w:w="2880" w:type="dxa"/>
          </w:tcPr>
          <w:p w14:paraId="01E53619" w14:textId="77777777" w:rsidR="00000000" w:rsidRDefault="00000000">
            <w:r>
              <w:t>1 large tray or 2 boxes</w:t>
            </w:r>
          </w:p>
        </w:tc>
        <w:tc>
          <w:tcPr>
            <w:tcW w:w="2880" w:type="dxa"/>
          </w:tcPr>
          <w:p w14:paraId="5158FD9A" w14:textId="77777777" w:rsidR="00000000" w:rsidRDefault="00000000">
            <w:r>
              <w:t>$6.90</w:t>
            </w:r>
          </w:p>
        </w:tc>
      </w:tr>
      <w:tr w:rsidR="00F411EE" w14:paraId="0C9F5C51" w14:textId="77777777">
        <w:tc>
          <w:tcPr>
            <w:tcW w:w="2880" w:type="dxa"/>
          </w:tcPr>
          <w:p w14:paraId="201690D2" w14:textId="77777777" w:rsidR="00000000" w:rsidRDefault="00000000">
            <w:r>
              <w:t>Tomato basil soup (boxed or canned)</w:t>
            </w:r>
          </w:p>
        </w:tc>
        <w:tc>
          <w:tcPr>
            <w:tcW w:w="2880" w:type="dxa"/>
          </w:tcPr>
          <w:p w14:paraId="1CBE7B65" w14:textId="77777777" w:rsidR="00000000" w:rsidRDefault="00000000">
            <w:r>
              <w:t>2 cartons or cans</w:t>
            </w:r>
          </w:p>
        </w:tc>
        <w:tc>
          <w:tcPr>
            <w:tcW w:w="2880" w:type="dxa"/>
          </w:tcPr>
          <w:p w14:paraId="52908085" w14:textId="77777777" w:rsidR="00000000" w:rsidRDefault="00000000">
            <w:r>
              <w:t>$4.99</w:t>
            </w:r>
          </w:p>
        </w:tc>
      </w:tr>
      <w:tr w:rsidR="00F411EE" w14:paraId="54689D9D" w14:textId="77777777">
        <w:tc>
          <w:tcPr>
            <w:tcW w:w="2880" w:type="dxa"/>
          </w:tcPr>
          <w:p w14:paraId="58A5356A" w14:textId="77777777" w:rsidR="00000000" w:rsidRDefault="00000000">
            <w:r>
              <w:t>Sourdough bread or dinner rolls</w:t>
            </w:r>
          </w:p>
        </w:tc>
        <w:tc>
          <w:tcPr>
            <w:tcW w:w="2880" w:type="dxa"/>
          </w:tcPr>
          <w:p w14:paraId="54FF00DE" w14:textId="77777777" w:rsidR="00000000" w:rsidRDefault="00000000">
            <w:r>
              <w:t>1 loaf or pack</w:t>
            </w:r>
          </w:p>
        </w:tc>
        <w:tc>
          <w:tcPr>
            <w:tcW w:w="2880" w:type="dxa"/>
          </w:tcPr>
          <w:p w14:paraId="55D12AED" w14:textId="77777777" w:rsidR="00000000" w:rsidRDefault="00000000">
            <w:r>
              <w:t>$4.90</w:t>
            </w:r>
          </w:p>
        </w:tc>
      </w:tr>
      <w:tr w:rsidR="00F411EE" w14:paraId="4A9E5D32" w14:textId="77777777">
        <w:tc>
          <w:tcPr>
            <w:tcW w:w="2880" w:type="dxa"/>
          </w:tcPr>
          <w:p w14:paraId="4C736FDE" w14:textId="77777777" w:rsidR="00000000" w:rsidRDefault="00000000">
            <w:r>
              <w:t>Rotisserie chicken or meatloaf</w:t>
            </w:r>
          </w:p>
        </w:tc>
        <w:tc>
          <w:tcPr>
            <w:tcW w:w="2880" w:type="dxa"/>
          </w:tcPr>
          <w:p w14:paraId="03977DB4" w14:textId="77777777" w:rsidR="00000000" w:rsidRDefault="00000000">
            <w:r>
              <w:t>1 whole or 1 tray</w:t>
            </w:r>
          </w:p>
        </w:tc>
        <w:tc>
          <w:tcPr>
            <w:tcW w:w="2880" w:type="dxa"/>
          </w:tcPr>
          <w:p w14:paraId="65BE2500" w14:textId="77777777" w:rsidR="00000000" w:rsidRDefault="00000000">
            <w:r>
              <w:t>$9.20</w:t>
            </w:r>
          </w:p>
        </w:tc>
      </w:tr>
      <w:tr w:rsidR="00F411EE" w14:paraId="01FA06A2" w14:textId="77777777">
        <w:tc>
          <w:tcPr>
            <w:tcW w:w="2880" w:type="dxa"/>
          </w:tcPr>
          <w:p w14:paraId="386A2C18" w14:textId="77777777" w:rsidR="00000000" w:rsidRDefault="00000000">
            <w:r>
              <w:t>Mashed potatoes (prepared or instant)</w:t>
            </w:r>
          </w:p>
        </w:tc>
        <w:tc>
          <w:tcPr>
            <w:tcW w:w="2880" w:type="dxa"/>
          </w:tcPr>
          <w:p w14:paraId="5C2A61E5" w14:textId="77777777" w:rsidR="00000000" w:rsidRDefault="00000000">
            <w:r>
              <w:t>1 large tray or box</w:t>
            </w:r>
          </w:p>
        </w:tc>
        <w:tc>
          <w:tcPr>
            <w:tcW w:w="2880" w:type="dxa"/>
          </w:tcPr>
          <w:p w14:paraId="60FA6B7A" w14:textId="77777777" w:rsidR="00000000" w:rsidRDefault="00000000">
            <w:r>
              <w:t>$5.40</w:t>
            </w:r>
          </w:p>
        </w:tc>
      </w:tr>
      <w:tr w:rsidR="00F411EE" w14:paraId="4CD98246" w14:textId="77777777">
        <w:tc>
          <w:tcPr>
            <w:tcW w:w="2880" w:type="dxa"/>
          </w:tcPr>
          <w:p w14:paraId="6FDD2A1F" w14:textId="77777777" w:rsidR="00000000" w:rsidRDefault="00000000">
            <w:r>
              <w:t>Steamed green beans or broccoli</w:t>
            </w:r>
          </w:p>
        </w:tc>
        <w:tc>
          <w:tcPr>
            <w:tcW w:w="2880" w:type="dxa"/>
          </w:tcPr>
          <w:p w14:paraId="12A5ED17" w14:textId="77777777" w:rsidR="00000000" w:rsidRDefault="00000000">
            <w:r>
              <w:t>1 bag (frozen or fresh)</w:t>
            </w:r>
          </w:p>
        </w:tc>
        <w:tc>
          <w:tcPr>
            <w:tcW w:w="2880" w:type="dxa"/>
          </w:tcPr>
          <w:p w14:paraId="02853F49" w14:textId="77777777" w:rsidR="00000000" w:rsidRDefault="00000000">
            <w:r>
              <w:t>$4.20</w:t>
            </w:r>
          </w:p>
        </w:tc>
      </w:tr>
      <w:tr w:rsidR="00F411EE" w14:paraId="47781A11" w14:textId="77777777">
        <w:tc>
          <w:tcPr>
            <w:tcW w:w="2880" w:type="dxa"/>
          </w:tcPr>
          <w:p w14:paraId="4F679E75" w14:textId="77777777" w:rsidR="00000000" w:rsidRDefault="00000000">
            <w:r>
              <w:t>Apple pie or cobbler (frozen or bakery)</w:t>
            </w:r>
          </w:p>
        </w:tc>
        <w:tc>
          <w:tcPr>
            <w:tcW w:w="2880" w:type="dxa"/>
          </w:tcPr>
          <w:p w14:paraId="5536D5FB" w14:textId="77777777" w:rsidR="00000000" w:rsidRDefault="00000000">
            <w:r>
              <w:t>1 whole pie or pack</w:t>
            </w:r>
          </w:p>
        </w:tc>
        <w:tc>
          <w:tcPr>
            <w:tcW w:w="2880" w:type="dxa"/>
          </w:tcPr>
          <w:p w14:paraId="33BBD21B" w14:textId="77777777" w:rsidR="00000000" w:rsidRDefault="00000000">
            <w:r>
              <w:t>$8.95</w:t>
            </w:r>
          </w:p>
        </w:tc>
      </w:tr>
    </w:tbl>
    <w:p w14:paraId="658CEA38" w14:textId="77777777" w:rsidR="00000000" w:rsidRDefault="00000000">
      <w:r>
        <w:br/>
        <w:t>💵 Estimated Total: $44.54</w:t>
      </w:r>
    </w:p>
    <w:p w14:paraId="6A0263B2" w14:textId="77777777" w:rsidR="00000000" w:rsidRDefault="00000000">
      <w:r>
        <w:t>*Prices based on local grocery averages and may vary slightly by brand or store.*</w:t>
      </w:r>
    </w:p>
    <w:p w14:paraId="78B79F71" w14:textId="77777777" w:rsidR="00000000" w:rsidRDefault="00000000">
      <w:pPr>
        <w:pStyle w:val="Heading1"/>
      </w:pPr>
      <w:r>
        <w:t>🔥 Nutritional Information (Per Serving)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20"/>
        <w:gridCol w:w="4320"/>
      </w:tblGrid>
      <w:tr w:rsidR="00F411EE" w14:paraId="5F2F42D8" w14:textId="77777777">
        <w:tc>
          <w:tcPr>
            <w:tcW w:w="4320" w:type="dxa"/>
          </w:tcPr>
          <w:p w14:paraId="376CB4F4" w14:textId="77777777" w:rsidR="00000000" w:rsidRDefault="00000000">
            <w:r>
              <w:rPr>
                <w:color w:val="7A3E1D"/>
              </w:rPr>
              <w:t>Item</w:t>
            </w:r>
          </w:p>
        </w:tc>
        <w:tc>
          <w:tcPr>
            <w:tcW w:w="4320" w:type="dxa"/>
          </w:tcPr>
          <w:p w14:paraId="6066B4B4" w14:textId="77777777" w:rsidR="00000000" w:rsidRDefault="00000000">
            <w:r>
              <w:rPr>
                <w:color w:val="7A3E1D"/>
              </w:rPr>
              <w:t>Est. Calories per Serving</w:t>
            </w:r>
          </w:p>
        </w:tc>
      </w:tr>
      <w:tr w:rsidR="00F411EE" w14:paraId="5E14F72E" w14:textId="77777777">
        <w:tc>
          <w:tcPr>
            <w:tcW w:w="4320" w:type="dxa"/>
          </w:tcPr>
          <w:p w14:paraId="33243010" w14:textId="77777777" w:rsidR="00000000" w:rsidRDefault="00000000">
            <w:r>
              <w:t>Macaroni &amp; cheese</w:t>
            </w:r>
          </w:p>
        </w:tc>
        <w:tc>
          <w:tcPr>
            <w:tcW w:w="4320" w:type="dxa"/>
          </w:tcPr>
          <w:p w14:paraId="0E549641" w14:textId="77777777" w:rsidR="00000000" w:rsidRDefault="00000000">
            <w:r>
              <w:t>300</w:t>
            </w:r>
          </w:p>
        </w:tc>
      </w:tr>
      <w:tr w:rsidR="00F411EE" w14:paraId="0F86B4F4" w14:textId="77777777">
        <w:tc>
          <w:tcPr>
            <w:tcW w:w="4320" w:type="dxa"/>
          </w:tcPr>
          <w:p w14:paraId="655B890F" w14:textId="77777777" w:rsidR="00000000" w:rsidRDefault="00000000">
            <w:r>
              <w:t>Soup and bread</w:t>
            </w:r>
          </w:p>
        </w:tc>
        <w:tc>
          <w:tcPr>
            <w:tcW w:w="4320" w:type="dxa"/>
          </w:tcPr>
          <w:p w14:paraId="03A5ED21" w14:textId="77777777" w:rsidR="00000000" w:rsidRDefault="00000000">
            <w:r>
              <w:t>250</w:t>
            </w:r>
          </w:p>
        </w:tc>
      </w:tr>
      <w:tr w:rsidR="00F411EE" w14:paraId="55D5222C" w14:textId="77777777">
        <w:tc>
          <w:tcPr>
            <w:tcW w:w="4320" w:type="dxa"/>
          </w:tcPr>
          <w:p w14:paraId="3DD89D54" w14:textId="77777777" w:rsidR="00000000" w:rsidRDefault="00000000">
            <w:r>
              <w:t>Rotisserie meat and mashed potatoes</w:t>
            </w:r>
          </w:p>
        </w:tc>
        <w:tc>
          <w:tcPr>
            <w:tcW w:w="4320" w:type="dxa"/>
          </w:tcPr>
          <w:p w14:paraId="3A186B32" w14:textId="77777777" w:rsidR="00000000" w:rsidRDefault="00000000">
            <w:r>
              <w:t>400</w:t>
            </w:r>
          </w:p>
        </w:tc>
      </w:tr>
      <w:tr w:rsidR="00F411EE" w14:paraId="6343FE53" w14:textId="77777777">
        <w:tc>
          <w:tcPr>
            <w:tcW w:w="4320" w:type="dxa"/>
          </w:tcPr>
          <w:p w14:paraId="6C8CD6FC" w14:textId="77777777" w:rsidR="00000000" w:rsidRDefault="00000000">
            <w:r>
              <w:t>Vegetables and dessert</w:t>
            </w:r>
          </w:p>
        </w:tc>
        <w:tc>
          <w:tcPr>
            <w:tcW w:w="4320" w:type="dxa"/>
          </w:tcPr>
          <w:p w14:paraId="72207C0D" w14:textId="77777777" w:rsidR="00000000" w:rsidRDefault="00000000">
            <w:r>
              <w:t>250</w:t>
            </w:r>
          </w:p>
        </w:tc>
      </w:tr>
    </w:tbl>
    <w:p w14:paraId="42809CE1" w14:textId="77777777" w:rsidR="00000000" w:rsidRDefault="00000000">
      <w:r>
        <w:br/>
        <w:t>🥗 Total Comfort Plate Calories (approx.): 1,200</w:t>
      </w:r>
    </w:p>
    <w:p w14:paraId="5B0F3EB3" w14:textId="77777777" w:rsidR="00000000" w:rsidRDefault="00000000">
      <w:r>
        <w:t>*Estimated for full servings of each dish. Actual values may vary.*</w:t>
      </w:r>
    </w:p>
    <w:p w14:paraId="72E5467F" w14:textId="77777777" w:rsidR="00000000" w:rsidRDefault="00000000">
      <w:pPr>
        <w:pStyle w:val="Heading1"/>
      </w:pPr>
      <w:r>
        <w:lastRenderedPageBreak/>
        <w:t>✅ Why Choose This Bundle</w:t>
      </w:r>
    </w:p>
    <w:p w14:paraId="60CE5E6F" w14:textId="77777777" w:rsidR="00000000" w:rsidRDefault="00000000">
      <w:r>
        <w:t>• Hearty &amp; Familiar: Perfect for cozy evenings or post-adventure downtime.</w:t>
      </w:r>
      <w:r>
        <w:br/>
        <w:t>• Complete Meal: Includes main, sides, soup, bread, and dessert.</w:t>
      </w:r>
      <w:r>
        <w:br/>
        <w:t>• Crowd-Pleaser: Classic dishes with broad appeal for kids and adults.</w:t>
      </w:r>
      <w:r>
        <w:br/>
        <w:t>• Ready to Enjoy: Quick heat-and-eat options to simplify mealtime.</w:t>
      </w:r>
    </w:p>
    <w:sectPr w:rsidR="00F411EE" w:rsidSect="00DE446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BAD055C"/>
    <w:multiLevelType w:val="hybridMultilevel"/>
    <w:tmpl w:val="B73AB174"/>
    <w:lvl w:ilvl="0" w:tplc="5554D906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9F4E4A6">
      <w:numFmt w:val="bullet"/>
      <w:lvlText w:val="o"/>
      <w:lvlJc w:val="left"/>
      <w:pPr>
        <w:ind w:left="1440" w:hanging="1080"/>
      </w:pPr>
      <w:rPr>
        <w:rFonts w:ascii="Courier New" w:hAnsi="Courier New"/>
      </w:rPr>
    </w:lvl>
    <w:lvl w:ilvl="2" w:tplc="7AB04C34">
      <w:numFmt w:val="bullet"/>
      <w:lvlText w:val=""/>
      <w:lvlJc w:val="left"/>
      <w:pPr>
        <w:ind w:left="2160" w:hanging="1800"/>
      </w:pPr>
    </w:lvl>
    <w:lvl w:ilvl="3" w:tplc="C76AE3EA">
      <w:numFmt w:val="bullet"/>
      <w:lvlText w:val=""/>
      <w:lvlJc w:val="left"/>
      <w:pPr>
        <w:ind w:left="2880" w:hanging="2520"/>
      </w:pPr>
      <w:rPr>
        <w:rFonts w:ascii="Symbol" w:hAnsi="Symbol"/>
      </w:rPr>
    </w:lvl>
    <w:lvl w:ilvl="4" w:tplc="19F05776">
      <w:numFmt w:val="bullet"/>
      <w:lvlText w:val="o"/>
      <w:lvlJc w:val="left"/>
      <w:pPr>
        <w:ind w:left="3600" w:hanging="3240"/>
      </w:pPr>
      <w:rPr>
        <w:rFonts w:ascii="Courier New" w:hAnsi="Courier New"/>
      </w:rPr>
    </w:lvl>
    <w:lvl w:ilvl="5" w:tplc="D9263C34">
      <w:numFmt w:val="bullet"/>
      <w:lvlText w:val=""/>
      <w:lvlJc w:val="left"/>
      <w:pPr>
        <w:ind w:left="4320" w:hanging="3960"/>
      </w:pPr>
    </w:lvl>
    <w:lvl w:ilvl="6" w:tplc="FDE84E68">
      <w:numFmt w:val="bullet"/>
      <w:lvlText w:val=""/>
      <w:lvlJc w:val="left"/>
      <w:pPr>
        <w:ind w:left="5040" w:hanging="4680"/>
      </w:pPr>
      <w:rPr>
        <w:rFonts w:ascii="Symbol" w:hAnsi="Symbol"/>
      </w:rPr>
    </w:lvl>
    <w:lvl w:ilvl="7" w:tplc="4822AD7E">
      <w:numFmt w:val="bullet"/>
      <w:lvlText w:val="o"/>
      <w:lvlJc w:val="left"/>
      <w:pPr>
        <w:ind w:left="5760" w:hanging="5400"/>
      </w:pPr>
      <w:rPr>
        <w:rFonts w:ascii="Courier New" w:hAnsi="Courier New"/>
      </w:rPr>
    </w:lvl>
    <w:lvl w:ilvl="8" w:tplc="5C661F7A">
      <w:numFmt w:val="bullet"/>
      <w:lvlText w:val=""/>
      <w:lvlJc w:val="left"/>
      <w:pPr>
        <w:ind w:left="6480" w:hanging="6120"/>
      </w:pPr>
    </w:lvl>
  </w:abstractNum>
  <w:abstractNum w:abstractNumId="10" w15:restartNumberingAfterBreak="0">
    <w:nsid w:val="30F1378D"/>
    <w:multiLevelType w:val="hybridMultilevel"/>
    <w:tmpl w:val="A7ACF990"/>
    <w:lvl w:ilvl="0" w:tplc="B5A03ADA">
      <w:start w:val="1"/>
      <w:numFmt w:val="decimal"/>
      <w:lvlText w:val="%1."/>
      <w:lvlJc w:val="left"/>
      <w:pPr>
        <w:ind w:left="720" w:hanging="360"/>
      </w:pPr>
    </w:lvl>
    <w:lvl w:ilvl="1" w:tplc="3A02CDC4">
      <w:start w:val="1"/>
      <w:numFmt w:val="decimal"/>
      <w:lvlText w:val="%2."/>
      <w:lvlJc w:val="left"/>
      <w:pPr>
        <w:ind w:left="1440" w:hanging="1080"/>
      </w:pPr>
    </w:lvl>
    <w:lvl w:ilvl="2" w:tplc="7F5450C6">
      <w:start w:val="1"/>
      <w:numFmt w:val="decimal"/>
      <w:lvlText w:val="%3."/>
      <w:lvlJc w:val="left"/>
      <w:pPr>
        <w:ind w:left="2160" w:hanging="1980"/>
      </w:pPr>
    </w:lvl>
    <w:lvl w:ilvl="3" w:tplc="0B32DEE8">
      <w:start w:val="1"/>
      <w:numFmt w:val="decimal"/>
      <w:lvlText w:val="%4."/>
      <w:lvlJc w:val="left"/>
      <w:pPr>
        <w:ind w:left="2880" w:hanging="2520"/>
      </w:pPr>
    </w:lvl>
    <w:lvl w:ilvl="4" w:tplc="2C66B8C6">
      <w:start w:val="1"/>
      <w:numFmt w:val="decimal"/>
      <w:lvlText w:val="%5."/>
      <w:lvlJc w:val="left"/>
      <w:pPr>
        <w:ind w:left="3600" w:hanging="3240"/>
      </w:pPr>
    </w:lvl>
    <w:lvl w:ilvl="5" w:tplc="1ECE4194">
      <w:start w:val="1"/>
      <w:numFmt w:val="decimal"/>
      <w:lvlText w:val="%6."/>
      <w:lvlJc w:val="left"/>
      <w:pPr>
        <w:ind w:left="4320" w:hanging="4140"/>
      </w:pPr>
    </w:lvl>
    <w:lvl w:ilvl="6" w:tplc="29EC9E64">
      <w:start w:val="1"/>
      <w:numFmt w:val="decimal"/>
      <w:lvlText w:val="%7."/>
      <w:lvlJc w:val="left"/>
      <w:pPr>
        <w:ind w:left="5040" w:hanging="4680"/>
      </w:pPr>
    </w:lvl>
    <w:lvl w:ilvl="7" w:tplc="0E645014">
      <w:start w:val="1"/>
      <w:numFmt w:val="decimal"/>
      <w:lvlText w:val="%8."/>
      <w:lvlJc w:val="left"/>
      <w:pPr>
        <w:ind w:left="5760" w:hanging="5400"/>
      </w:pPr>
    </w:lvl>
    <w:lvl w:ilvl="8" w:tplc="A63609CC">
      <w:start w:val="1"/>
      <w:numFmt w:val="decimal"/>
      <w:lvlText w:val="%9."/>
      <w:lvlJc w:val="left"/>
      <w:pPr>
        <w:ind w:left="6480" w:hanging="6300"/>
      </w:pPr>
    </w:lvl>
  </w:abstractNum>
  <w:num w:numId="1" w16cid:durableId="1790054284">
    <w:abstractNumId w:val="8"/>
  </w:num>
  <w:num w:numId="2" w16cid:durableId="558707126">
    <w:abstractNumId w:val="6"/>
  </w:num>
  <w:num w:numId="3" w16cid:durableId="803307454">
    <w:abstractNumId w:val="5"/>
  </w:num>
  <w:num w:numId="4" w16cid:durableId="1704209519">
    <w:abstractNumId w:val="4"/>
  </w:num>
  <w:num w:numId="5" w16cid:durableId="1531185756">
    <w:abstractNumId w:val="7"/>
  </w:num>
  <w:num w:numId="6" w16cid:durableId="471163">
    <w:abstractNumId w:val="3"/>
  </w:num>
  <w:num w:numId="7" w16cid:durableId="123424299">
    <w:abstractNumId w:val="2"/>
  </w:num>
  <w:num w:numId="8" w16cid:durableId="26760727">
    <w:abstractNumId w:val="1"/>
  </w:num>
  <w:num w:numId="9" w16cid:durableId="1259677251">
    <w:abstractNumId w:val="0"/>
  </w:num>
  <w:num w:numId="10" w16cid:durableId="223831197">
    <w:abstractNumId w:val="9"/>
  </w:num>
  <w:num w:numId="11" w16cid:durableId="65865085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2533"/>
    <w:rsid w:val="00122533"/>
    <w:rsid w:val="00AD4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846929F"/>
  <w14:defaultImageDpi w14:val="300"/>
  <w15:docId w15:val="{311DDA27-C412-415E-9D16-7E5FC9634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249</Words>
  <Characters>1264</Characters>
  <Application>Microsoft Office Word</Application>
  <DocSecurity>0</DocSecurity>
  <Lines>60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1461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Art Duy</cp:lastModifiedBy>
  <cp:revision>2</cp:revision>
  <dcterms:created xsi:type="dcterms:W3CDTF">2025-06-01T20:55:00Z</dcterms:created>
  <dcterms:modified xsi:type="dcterms:W3CDTF">2025-06-01T20:55:00Z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49454c8f-3c63-45f2-99e8-31324c6c7e57</vt:lpwstr>
  </property>
</Properties>
</file>