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28CF0" w14:textId="325AED93" w:rsidR="00000000" w:rsidRPr="00453282" w:rsidRDefault="00000000">
      <w:pPr>
        <w:pStyle w:val="Title"/>
        <w:rPr>
          <w:sz w:val="40"/>
          <w:szCs w:val="40"/>
        </w:rPr>
      </w:pPr>
      <w:r>
        <w:rPr>
          <w:noProof/>
        </w:rPr>
        <w:drawing>
          <wp:inline distT="0" distB="0" distL="0" distR="0" wp14:anchorId="6558FBD0" wp14:editId="7791E279">
            <wp:extent cx="2286000" cy="2286000"/>
            <wp:effectExtent l="0" t="0" r="0" b="0"/>
            <wp:docPr id="642577033" name="Picture 1" descr="A group of food items  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2577033" name="Picture 1" descr="A group of food items  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🍳</w:t>
      </w:r>
      <w:r>
        <w:t xml:space="preserve"> </w:t>
      </w:r>
      <w:r w:rsidRPr="00453282">
        <w:rPr>
          <w:sz w:val="40"/>
          <w:szCs w:val="40"/>
        </w:rPr>
        <w:t>One-Pan Wonders Meal Kit</w:t>
      </w:r>
    </w:p>
    <w:p w14:paraId="0315C382" w14:textId="77777777" w:rsidR="00000000" w:rsidRDefault="00000000">
      <w:r>
        <w:t>Make mealtime a breeze with the One-Pan Wonders bundle—your answer to a fast, delicious, and mess-free dinner. Perfect for feeding 4–6 people, this bundle offers all the essentials for flavorful stir-fry-style meals that can be made in one pan or baking tray. Less cleanup, more time to enjoy!</w:t>
      </w:r>
    </w:p>
    <w:p w14:paraId="74FA106A" w14:textId="77777777" w:rsidR="00000000" w:rsidRDefault="00000000">
      <w:pPr>
        <w:pStyle w:val="Heading1"/>
      </w:pPr>
      <w:r>
        <w:t>🍽️ Kit Includes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0"/>
        <w:gridCol w:w="2880"/>
        <w:gridCol w:w="2880"/>
      </w:tblGrid>
      <w:tr w:rsidR="00411BEA" w14:paraId="1B87ACDA" w14:textId="77777777">
        <w:tc>
          <w:tcPr>
            <w:tcW w:w="2880" w:type="dxa"/>
          </w:tcPr>
          <w:p w14:paraId="3854A992" w14:textId="77777777" w:rsidR="00000000" w:rsidRDefault="00000000">
            <w:r>
              <w:rPr>
                <w:color w:val="E8912C"/>
              </w:rPr>
              <w:t>Item</w:t>
            </w:r>
          </w:p>
        </w:tc>
        <w:tc>
          <w:tcPr>
            <w:tcW w:w="2880" w:type="dxa"/>
          </w:tcPr>
          <w:p w14:paraId="22FA2892" w14:textId="77777777" w:rsidR="00000000" w:rsidRDefault="00000000">
            <w:r>
              <w:rPr>
                <w:color w:val="E8912C"/>
              </w:rPr>
              <w:t>Approx. Quantity</w:t>
            </w:r>
          </w:p>
        </w:tc>
        <w:tc>
          <w:tcPr>
            <w:tcW w:w="2880" w:type="dxa"/>
          </w:tcPr>
          <w:p w14:paraId="71F33D68" w14:textId="77777777" w:rsidR="00000000" w:rsidRDefault="00000000">
            <w:r>
              <w:rPr>
                <w:color w:val="E8912C"/>
              </w:rPr>
              <w:t>Est. Price</w:t>
            </w:r>
          </w:p>
        </w:tc>
      </w:tr>
      <w:tr w:rsidR="00411BEA" w14:paraId="74BF5756" w14:textId="77777777">
        <w:tc>
          <w:tcPr>
            <w:tcW w:w="2880" w:type="dxa"/>
          </w:tcPr>
          <w:p w14:paraId="3EFEFA97" w14:textId="77777777" w:rsidR="00000000" w:rsidRDefault="00000000">
            <w:r>
              <w:t>Stir-fry veggie blend (fresh or frozen)</w:t>
            </w:r>
          </w:p>
        </w:tc>
        <w:tc>
          <w:tcPr>
            <w:tcW w:w="2880" w:type="dxa"/>
          </w:tcPr>
          <w:p w14:paraId="56E05310" w14:textId="77777777" w:rsidR="00000000" w:rsidRDefault="00000000">
            <w:r>
              <w:t>1–2 bags</w:t>
            </w:r>
          </w:p>
        </w:tc>
        <w:tc>
          <w:tcPr>
            <w:tcW w:w="2880" w:type="dxa"/>
          </w:tcPr>
          <w:p w14:paraId="76DF6F57" w14:textId="77777777" w:rsidR="00000000" w:rsidRDefault="00000000">
            <w:r>
              <w:t>$4.89</w:t>
            </w:r>
          </w:p>
        </w:tc>
      </w:tr>
      <w:tr w:rsidR="00411BEA" w14:paraId="694ADCEC" w14:textId="77777777">
        <w:tc>
          <w:tcPr>
            <w:tcW w:w="2880" w:type="dxa"/>
          </w:tcPr>
          <w:p w14:paraId="6B866C76" w14:textId="77777777" w:rsidR="00000000" w:rsidRDefault="00000000">
            <w:r>
              <w:t>Pre-cooked chicken or beef strips</w:t>
            </w:r>
          </w:p>
        </w:tc>
        <w:tc>
          <w:tcPr>
            <w:tcW w:w="2880" w:type="dxa"/>
          </w:tcPr>
          <w:p w14:paraId="1EFBCC34" w14:textId="77777777" w:rsidR="00000000" w:rsidRDefault="00000000">
            <w:r>
              <w:t>1 lb</w:t>
            </w:r>
          </w:p>
        </w:tc>
        <w:tc>
          <w:tcPr>
            <w:tcW w:w="2880" w:type="dxa"/>
          </w:tcPr>
          <w:p w14:paraId="3CD59892" w14:textId="77777777" w:rsidR="00000000" w:rsidRDefault="00000000">
            <w:r>
              <w:t>$7.90</w:t>
            </w:r>
          </w:p>
        </w:tc>
      </w:tr>
      <w:tr w:rsidR="00411BEA" w14:paraId="0CC6A047" w14:textId="77777777">
        <w:tc>
          <w:tcPr>
            <w:tcW w:w="2880" w:type="dxa"/>
          </w:tcPr>
          <w:p w14:paraId="780A394D" w14:textId="77777777" w:rsidR="00000000" w:rsidRDefault="00000000">
            <w:r>
              <w:t>Teriyaki or garlic sauce</w:t>
            </w:r>
          </w:p>
        </w:tc>
        <w:tc>
          <w:tcPr>
            <w:tcW w:w="2880" w:type="dxa"/>
          </w:tcPr>
          <w:p w14:paraId="3B452A92" w14:textId="77777777" w:rsidR="00000000" w:rsidRDefault="00000000">
            <w:r>
              <w:t>1 bottle or pouch</w:t>
            </w:r>
          </w:p>
        </w:tc>
        <w:tc>
          <w:tcPr>
            <w:tcW w:w="2880" w:type="dxa"/>
          </w:tcPr>
          <w:p w14:paraId="677EF695" w14:textId="77777777" w:rsidR="00000000" w:rsidRDefault="00000000">
            <w:r>
              <w:t>$4.20</w:t>
            </w:r>
          </w:p>
        </w:tc>
      </w:tr>
      <w:tr w:rsidR="00411BEA" w14:paraId="3001593E" w14:textId="77777777">
        <w:tc>
          <w:tcPr>
            <w:tcW w:w="2880" w:type="dxa"/>
          </w:tcPr>
          <w:p w14:paraId="3AFF77B8" w14:textId="77777777" w:rsidR="00000000" w:rsidRDefault="00000000">
            <w:r>
              <w:t>Instant rice or noodles</w:t>
            </w:r>
          </w:p>
        </w:tc>
        <w:tc>
          <w:tcPr>
            <w:tcW w:w="2880" w:type="dxa"/>
          </w:tcPr>
          <w:p w14:paraId="75A0A2F6" w14:textId="77777777" w:rsidR="00000000" w:rsidRDefault="00000000">
            <w:r>
              <w:t>1 box or 2 pouches</w:t>
            </w:r>
          </w:p>
        </w:tc>
        <w:tc>
          <w:tcPr>
            <w:tcW w:w="2880" w:type="dxa"/>
          </w:tcPr>
          <w:p w14:paraId="2E989E65" w14:textId="77777777" w:rsidR="00000000" w:rsidRDefault="00000000">
            <w:r>
              <w:t>$3.50</w:t>
            </w:r>
          </w:p>
        </w:tc>
      </w:tr>
      <w:tr w:rsidR="00411BEA" w14:paraId="7F3225F8" w14:textId="77777777">
        <w:tc>
          <w:tcPr>
            <w:tcW w:w="2880" w:type="dxa"/>
          </w:tcPr>
          <w:p w14:paraId="3EC95D1D" w14:textId="77777777" w:rsidR="00000000" w:rsidRDefault="00000000">
            <w:r>
              <w:t>Foil baking pans or sauté kits</w:t>
            </w:r>
          </w:p>
        </w:tc>
        <w:tc>
          <w:tcPr>
            <w:tcW w:w="2880" w:type="dxa"/>
          </w:tcPr>
          <w:p w14:paraId="4E060736" w14:textId="77777777" w:rsidR="00000000" w:rsidRDefault="00000000">
            <w:r>
              <w:t>1–2 pans</w:t>
            </w:r>
          </w:p>
        </w:tc>
        <w:tc>
          <w:tcPr>
            <w:tcW w:w="2880" w:type="dxa"/>
          </w:tcPr>
          <w:p w14:paraId="584F8F1D" w14:textId="77777777" w:rsidR="00000000" w:rsidRDefault="00000000">
            <w:r>
              <w:t>$4.70</w:t>
            </w:r>
          </w:p>
        </w:tc>
      </w:tr>
      <w:tr w:rsidR="00411BEA" w14:paraId="12E200F6" w14:textId="77777777">
        <w:tc>
          <w:tcPr>
            <w:tcW w:w="2880" w:type="dxa"/>
          </w:tcPr>
          <w:p w14:paraId="41E7A483" w14:textId="77777777" w:rsidR="00000000" w:rsidRDefault="00000000">
            <w:r>
              <w:t>Olive oil spray</w:t>
            </w:r>
          </w:p>
        </w:tc>
        <w:tc>
          <w:tcPr>
            <w:tcW w:w="2880" w:type="dxa"/>
          </w:tcPr>
          <w:p w14:paraId="6E9F1485" w14:textId="77777777" w:rsidR="00000000" w:rsidRDefault="00000000">
            <w:r>
              <w:t>1 can</w:t>
            </w:r>
          </w:p>
        </w:tc>
        <w:tc>
          <w:tcPr>
            <w:tcW w:w="2880" w:type="dxa"/>
          </w:tcPr>
          <w:p w14:paraId="67E337D6" w14:textId="77777777" w:rsidR="00000000" w:rsidRDefault="00000000">
            <w:r>
              <w:t>$4.90</w:t>
            </w:r>
          </w:p>
        </w:tc>
      </w:tr>
      <w:tr w:rsidR="00411BEA" w14:paraId="20CFBA3A" w14:textId="77777777">
        <w:tc>
          <w:tcPr>
            <w:tcW w:w="2880" w:type="dxa"/>
          </w:tcPr>
          <w:p w14:paraId="034B8648" w14:textId="77777777" w:rsidR="00000000" w:rsidRDefault="00000000">
            <w:r>
              <w:t>Canned pineapple or water chestnuts</w:t>
            </w:r>
          </w:p>
        </w:tc>
        <w:tc>
          <w:tcPr>
            <w:tcW w:w="2880" w:type="dxa"/>
          </w:tcPr>
          <w:p w14:paraId="036B3261" w14:textId="77777777" w:rsidR="00000000" w:rsidRDefault="00000000">
            <w:r>
              <w:t>1 can</w:t>
            </w:r>
          </w:p>
        </w:tc>
        <w:tc>
          <w:tcPr>
            <w:tcW w:w="2880" w:type="dxa"/>
          </w:tcPr>
          <w:p w14:paraId="42786BE3" w14:textId="77777777" w:rsidR="00000000" w:rsidRDefault="00000000">
            <w:r>
              <w:t>$3.45</w:t>
            </w:r>
          </w:p>
        </w:tc>
      </w:tr>
    </w:tbl>
    <w:p w14:paraId="5C27F44C" w14:textId="77777777" w:rsidR="00000000" w:rsidRDefault="00000000">
      <w:r>
        <w:br/>
        <w:t>💵 Estimated Total: $33.54</w:t>
      </w:r>
    </w:p>
    <w:p w14:paraId="03D3EE6A" w14:textId="77777777" w:rsidR="00000000" w:rsidRDefault="00000000">
      <w:r>
        <w:t>*Prices based on local grocery averages and may vary slightly by brand or store.*</w:t>
      </w:r>
    </w:p>
    <w:p w14:paraId="746E1413" w14:textId="77777777" w:rsidR="00000000" w:rsidRDefault="00000000">
      <w:pPr>
        <w:pStyle w:val="Heading1"/>
      </w:pPr>
      <w:r>
        <w:t>🔥 Nutritional Information (Per Serving)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411BEA" w14:paraId="2A9BED2A" w14:textId="77777777">
        <w:tc>
          <w:tcPr>
            <w:tcW w:w="4320" w:type="dxa"/>
          </w:tcPr>
          <w:p w14:paraId="3E050641" w14:textId="77777777" w:rsidR="00000000" w:rsidRDefault="00000000">
            <w:r>
              <w:rPr>
                <w:color w:val="E8912C"/>
              </w:rPr>
              <w:t>Item</w:t>
            </w:r>
          </w:p>
        </w:tc>
        <w:tc>
          <w:tcPr>
            <w:tcW w:w="4320" w:type="dxa"/>
          </w:tcPr>
          <w:p w14:paraId="61CDAE13" w14:textId="77777777" w:rsidR="00000000" w:rsidRDefault="00000000">
            <w:r>
              <w:rPr>
                <w:color w:val="E8912C"/>
              </w:rPr>
              <w:t>Est. Calories per Serving</w:t>
            </w:r>
          </w:p>
        </w:tc>
      </w:tr>
      <w:tr w:rsidR="00411BEA" w14:paraId="783DB345" w14:textId="77777777">
        <w:tc>
          <w:tcPr>
            <w:tcW w:w="4320" w:type="dxa"/>
          </w:tcPr>
          <w:p w14:paraId="3AE62B11" w14:textId="77777777" w:rsidR="00000000" w:rsidRDefault="00000000">
            <w:r>
              <w:t>Stir-fry with chicken/beef, sauce &amp; veggies</w:t>
            </w:r>
          </w:p>
        </w:tc>
        <w:tc>
          <w:tcPr>
            <w:tcW w:w="4320" w:type="dxa"/>
          </w:tcPr>
          <w:p w14:paraId="2B0EF79B" w14:textId="77777777" w:rsidR="00000000" w:rsidRDefault="00000000">
            <w:r>
              <w:t>450</w:t>
            </w:r>
          </w:p>
        </w:tc>
      </w:tr>
      <w:tr w:rsidR="00411BEA" w14:paraId="32AB2BBB" w14:textId="77777777">
        <w:tc>
          <w:tcPr>
            <w:tcW w:w="4320" w:type="dxa"/>
          </w:tcPr>
          <w:p w14:paraId="72136695" w14:textId="77777777" w:rsidR="00000000" w:rsidRDefault="00000000">
            <w:r>
              <w:t>Rice or noodles</w:t>
            </w:r>
          </w:p>
        </w:tc>
        <w:tc>
          <w:tcPr>
            <w:tcW w:w="4320" w:type="dxa"/>
          </w:tcPr>
          <w:p w14:paraId="6D536088" w14:textId="77777777" w:rsidR="00000000" w:rsidRDefault="00000000">
            <w:r>
              <w:t>200</w:t>
            </w:r>
          </w:p>
        </w:tc>
      </w:tr>
      <w:tr w:rsidR="00411BEA" w14:paraId="2D96527B" w14:textId="77777777">
        <w:tc>
          <w:tcPr>
            <w:tcW w:w="4320" w:type="dxa"/>
          </w:tcPr>
          <w:p w14:paraId="6BB9752E" w14:textId="77777777" w:rsidR="00000000" w:rsidRDefault="00000000">
            <w:r>
              <w:t>Pineapple or water chestnuts</w:t>
            </w:r>
          </w:p>
        </w:tc>
        <w:tc>
          <w:tcPr>
            <w:tcW w:w="4320" w:type="dxa"/>
          </w:tcPr>
          <w:p w14:paraId="44D15428" w14:textId="77777777" w:rsidR="00000000" w:rsidRDefault="00000000">
            <w:r>
              <w:t>50</w:t>
            </w:r>
          </w:p>
        </w:tc>
      </w:tr>
    </w:tbl>
    <w:p w14:paraId="7AE70B40" w14:textId="77777777" w:rsidR="00000000" w:rsidRDefault="00000000">
      <w:r>
        <w:br/>
        <w:t>🥗 Total Calories per One-Pan Plate (approx.): 700</w:t>
      </w:r>
    </w:p>
    <w:p w14:paraId="0CA79CE6" w14:textId="77777777" w:rsidR="00000000" w:rsidRDefault="00000000">
      <w:r>
        <w:t>*Estimated based on one serving of each item. Actual values may vary by ingredients and portion size.*</w:t>
      </w:r>
    </w:p>
    <w:p w14:paraId="153AE6C5" w14:textId="77777777" w:rsidR="00000000" w:rsidRDefault="00000000">
      <w:pPr>
        <w:pStyle w:val="Heading1"/>
      </w:pPr>
      <w:r>
        <w:lastRenderedPageBreak/>
        <w:t>✅ Why Choose This Bundle</w:t>
      </w:r>
    </w:p>
    <w:p w14:paraId="0FB3C46C" w14:textId="77777777" w:rsidR="00000000" w:rsidRDefault="00000000">
      <w:r>
        <w:t>• Fast &amp; Flavorful: Quick prep with bold sauce and fresh ingredients.</w:t>
      </w:r>
      <w:r>
        <w:br/>
        <w:t>• Easy Cleanup: Everything cooks in a single pan or tray.</w:t>
      </w:r>
      <w:r>
        <w:br/>
        <w:t>• Family Friendly: Customize protein, veggies, and sauces.</w:t>
      </w:r>
      <w:r>
        <w:br/>
        <w:t>• Great for Rentals: Perfect when kitchen space or time is limited.</w:t>
      </w:r>
    </w:p>
    <w:sectPr w:rsidR="00411BEA" w:rsidSect="0045328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F057190"/>
    <w:multiLevelType w:val="hybridMultilevel"/>
    <w:tmpl w:val="CE90FF24"/>
    <w:lvl w:ilvl="0" w:tplc="AF12E582">
      <w:start w:val="1"/>
      <w:numFmt w:val="decimal"/>
      <w:lvlText w:val="%1."/>
      <w:lvlJc w:val="left"/>
      <w:pPr>
        <w:ind w:left="720" w:hanging="360"/>
      </w:pPr>
    </w:lvl>
    <w:lvl w:ilvl="1" w:tplc="4044F65C">
      <w:start w:val="1"/>
      <w:numFmt w:val="decimal"/>
      <w:lvlText w:val="%2."/>
      <w:lvlJc w:val="left"/>
      <w:pPr>
        <w:ind w:left="1440" w:hanging="1080"/>
      </w:pPr>
    </w:lvl>
    <w:lvl w:ilvl="2" w:tplc="D6D0720E">
      <w:start w:val="1"/>
      <w:numFmt w:val="decimal"/>
      <w:lvlText w:val="%3."/>
      <w:lvlJc w:val="left"/>
      <w:pPr>
        <w:ind w:left="2160" w:hanging="1980"/>
      </w:pPr>
    </w:lvl>
    <w:lvl w:ilvl="3" w:tplc="1D82616E">
      <w:start w:val="1"/>
      <w:numFmt w:val="decimal"/>
      <w:lvlText w:val="%4."/>
      <w:lvlJc w:val="left"/>
      <w:pPr>
        <w:ind w:left="2880" w:hanging="2520"/>
      </w:pPr>
    </w:lvl>
    <w:lvl w:ilvl="4" w:tplc="4D38BAD0">
      <w:start w:val="1"/>
      <w:numFmt w:val="decimal"/>
      <w:lvlText w:val="%5."/>
      <w:lvlJc w:val="left"/>
      <w:pPr>
        <w:ind w:left="3600" w:hanging="3240"/>
      </w:pPr>
    </w:lvl>
    <w:lvl w:ilvl="5" w:tplc="2FA2AAAE">
      <w:start w:val="1"/>
      <w:numFmt w:val="decimal"/>
      <w:lvlText w:val="%6."/>
      <w:lvlJc w:val="left"/>
      <w:pPr>
        <w:ind w:left="4320" w:hanging="4140"/>
      </w:pPr>
    </w:lvl>
    <w:lvl w:ilvl="6" w:tplc="46800E2A">
      <w:start w:val="1"/>
      <w:numFmt w:val="decimal"/>
      <w:lvlText w:val="%7."/>
      <w:lvlJc w:val="left"/>
      <w:pPr>
        <w:ind w:left="5040" w:hanging="4680"/>
      </w:pPr>
    </w:lvl>
    <w:lvl w:ilvl="7" w:tplc="B4B2872C">
      <w:start w:val="1"/>
      <w:numFmt w:val="decimal"/>
      <w:lvlText w:val="%8."/>
      <w:lvlJc w:val="left"/>
      <w:pPr>
        <w:ind w:left="5760" w:hanging="5400"/>
      </w:pPr>
    </w:lvl>
    <w:lvl w:ilvl="8" w:tplc="29C245F2">
      <w:start w:val="1"/>
      <w:numFmt w:val="decimal"/>
      <w:lvlText w:val="%9."/>
      <w:lvlJc w:val="left"/>
      <w:pPr>
        <w:ind w:left="6480" w:hanging="6300"/>
      </w:pPr>
    </w:lvl>
  </w:abstractNum>
  <w:abstractNum w:abstractNumId="10" w15:restartNumberingAfterBreak="0">
    <w:nsid w:val="54C25C5E"/>
    <w:multiLevelType w:val="hybridMultilevel"/>
    <w:tmpl w:val="7F428F66"/>
    <w:lvl w:ilvl="0" w:tplc="E2683484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7D692AA">
      <w:numFmt w:val="bullet"/>
      <w:lvlText w:val="o"/>
      <w:lvlJc w:val="left"/>
      <w:pPr>
        <w:ind w:left="1440" w:hanging="1080"/>
      </w:pPr>
      <w:rPr>
        <w:rFonts w:ascii="Courier New" w:hAnsi="Courier New"/>
      </w:rPr>
    </w:lvl>
    <w:lvl w:ilvl="2" w:tplc="24646110">
      <w:numFmt w:val="bullet"/>
      <w:lvlText w:val=""/>
      <w:lvlJc w:val="left"/>
      <w:pPr>
        <w:ind w:left="2160" w:hanging="1800"/>
      </w:pPr>
    </w:lvl>
    <w:lvl w:ilvl="3" w:tplc="2CA86D66">
      <w:numFmt w:val="bullet"/>
      <w:lvlText w:val=""/>
      <w:lvlJc w:val="left"/>
      <w:pPr>
        <w:ind w:left="2880" w:hanging="2520"/>
      </w:pPr>
      <w:rPr>
        <w:rFonts w:ascii="Symbol" w:hAnsi="Symbol"/>
      </w:rPr>
    </w:lvl>
    <w:lvl w:ilvl="4" w:tplc="59381DFE">
      <w:numFmt w:val="bullet"/>
      <w:lvlText w:val="o"/>
      <w:lvlJc w:val="left"/>
      <w:pPr>
        <w:ind w:left="3600" w:hanging="3240"/>
      </w:pPr>
      <w:rPr>
        <w:rFonts w:ascii="Courier New" w:hAnsi="Courier New"/>
      </w:rPr>
    </w:lvl>
    <w:lvl w:ilvl="5" w:tplc="0720C688">
      <w:numFmt w:val="bullet"/>
      <w:lvlText w:val=""/>
      <w:lvlJc w:val="left"/>
      <w:pPr>
        <w:ind w:left="4320" w:hanging="3960"/>
      </w:pPr>
    </w:lvl>
    <w:lvl w:ilvl="6" w:tplc="01021EC2">
      <w:numFmt w:val="bullet"/>
      <w:lvlText w:val=""/>
      <w:lvlJc w:val="left"/>
      <w:pPr>
        <w:ind w:left="5040" w:hanging="4680"/>
      </w:pPr>
      <w:rPr>
        <w:rFonts w:ascii="Symbol" w:hAnsi="Symbol"/>
      </w:rPr>
    </w:lvl>
    <w:lvl w:ilvl="7" w:tplc="4E487396">
      <w:numFmt w:val="bullet"/>
      <w:lvlText w:val="o"/>
      <w:lvlJc w:val="left"/>
      <w:pPr>
        <w:ind w:left="5760" w:hanging="5400"/>
      </w:pPr>
      <w:rPr>
        <w:rFonts w:ascii="Courier New" w:hAnsi="Courier New"/>
      </w:rPr>
    </w:lvl>
    <w:lvl w:ilvl="8" w:tplc="E3AE1EDC">
      <w:numFmt w:val="bullet"/>
      <w:lvlText w:val=""/>
      <w:lvlJc w:val="left"/>
      <w:pPr>
        <w:ind w:left="6480" w:hanging="6120"/>
      </w:pPr>
    </w:lvl>
  </w:abstractNum>
  <w:num w:numId="1" w16cid:durableId="523442437">
    <w:abstractNumId w:val="8"/>
  </w:num>
  <w:num w:numId="2" w16cid:durableId="2000033932">
    <w:abstractNumId w:val="6"/>
  </w:num>
  <w:num w:numId="3" w16cid:durableId="1970166535">
    <w:abstractNumId w:val="5"/>
  </w:num>
  <w:num w:numId="4" w16cid:durableId="220601105">
    <w:abstractNumId w:val="4"/>
  </w:num>
  <w:num w:numId="5" w16cid:durableId="2136364479">
    <w:abstractNumId w:val="7"/>
  </w:num>
  <w:num w:numId="6" w16cid:durableId="55982010">
    <w:abstractNumId w:val="3"/>
  </w:num>
  <w:num w:numId="7" w16cid:durableId="2053726489">
    <w:abstractNumId w:val="2"/>
  </w:num>
  <w:num w:numId="8" w16cid:durableId="927076683">
    <w:abstractNumId w:val="1"/>
  </w:num>
  <w:num w:numId="9" w16cid:durableId="1035811948">
    <w:abstractNumId w:val="0"/>
  </w:num>
  <w:num w:numId="10" w16cid:durableId="1716006281">
    <w:abstractNumId w:val="10"/>
  </w:num>
  <w:num w:numId="11" w16cid:durableId="146034560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3C9"/>
    <w:rsid w:val="004262F7"/>
    <w:rsid w:val="00956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6D2BFDE"/>
  <w14:defaultImageDpi w14:val="300"/>
  <w15:docId w15:val="{2A84FC90-8427-4DA3-B773-97F7BF3A9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1182</Characters>
  <Application>Microsoft Office Word</Application>
  <DocSecurity>0</DocSecurity>
  <Lines>56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Art Duy</cp:lastModifiedBy>
  <cp:revision>2</cp:revision>
  <dcterms:created xsi:type="dcterms:W3CDTF">2025-06-01T18:46:00Z</dcterms:created>
  <dcterms:modified xsi:type="dcterms:W3CDTF">2025-06-01T18:46:00Z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86a00c43-f67f-45ab-9018-8d6c55af89b0</vt:lpwstr>
  </property>
</Properties>
</file>