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5B37AB" w14:textId="3E40A911" w:rsidR="00000000" w:rsidRPr="00374A57" w:rsidRDefault="00000000">
      <w:pPr>
        <w:pStyle w:val="Title"/>
        <w:rPr>
          <w:sz w:val="40"/>
          <w:szCs w:val="40"/>
        </w:rPr>
      </w:pPr>
      <w:r>
        <w:rPr>
          <w:noProof/>
        </w:rPr>
        <w:drawing>
          <wp:inline distT="0" distB="0" distL="0" distR="0" wp14:anchorId="51A2BD14" wp14:editId="3E1067DF">
            <wp:extent cx="2000250" cy="1644015"/>
            <wp:effectExtent l="0" t="0" r="0" b="0"/>
            <wp:docPr id="1917782653" name="Picture 1" descr="A variety of food items  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17782653" name="Picture 1" descr="A variety of food items  AI-generated content may be incorrect.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011317" cy="16532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🌍</w:t>
      </w:r>
      <w:r>
        <w:t xml:space="preserve"> </w:t>
      </w:r>
      <w:r w:rsidRPr="00374A57">
        <w:rPr>
          <w:sz w:val="40"/>
          <w:szCs w:val="40"/>
        </w:rPr>
        <w:t>Street Food Sampler Meal Kit</w:t>
      </w:r>
    </w:p>
    <w:p w14:paraId="0E737BDB" w14:textId="77777777" w:rsidR="00000000" w:rsidRDefault="00000000">
      <w:r>
        <w:t>Take your tastebuds on a global tour with the Street Food Sampler. This bundle is designed to feed 4–6 people and brings together international flavors inspired by popular street eats—from Asian-inspired wraps to Mediterranean dips and bold Latin toppings.</w:t>
      </w:r>
    </w:p>
    <w:p w14:paraId="7F634723" w14:textId="77777777" w:rsidR="00000000" w:rsidRDefault="00000000">
      <w:pPr>
        <w:pStyle w:val="Heading1"/>
      </w:pPr>
      <w:r>
        <w:t>🍽️ Kit Includes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80"/>
        <w:gridCol w:w="2880"/>
        <w:gridCol w:w="2880"/>
      </w:tblGrid>
      <w:tr w:rsidR="004A69EB" w14:paraId="705E5A07" w14:textId="77777777">
        <w:tc>
          <w:tcPr>
            <w:tcW w:w="2880" w:type="dxa"/>
          </w:tcPr>
          <w:p w14:paraId="1EAD0DF7" w14:textId="77777777" w:rsidR="00000000" w:rsidRDefault="00000000">
            <w:r>
              <w:rPr>
                <w:color w:val="C0342B"/>
              </w:rPr>
              <w:t>Item</w:t>
            </w:r>
          </w:p>
        </w:tc>
        <w:tc>
          <w:tcPr>
            <w:tcW w:w="2880" w:type="dxa"/>
          </w:tcPr>
          <w:p w14:paraId="6FFD8722" w14:textId="77777777" w:rsidR="00000000" w:rsidRDefault="00000000">
            <w:r>
              <w:rPr>
                <w:color w:val="C0342B"/>
              </w:rPr>
              <w:t>Approx. Quantity</w:t>
            </w:r>
          </w:p>
        </w:tc>
        <w:tc>
          <w:tcPr>
            <w:tcW w:w="2880" w:type="dxa"/>
          </w:tcPr>
          <w:p w14:paraId="6C360B5A" w14:textId="77777777" w:rsidR="00000000" w:rsidRDefault="00000000">
            <w:r>
              <w:rPr>
                <w:color w:val="C0342B"/>
              </w:rPr>
              <w:t>Est. Price</w:t>
            </w:r>
          </w:p>
        </w:tc>
      </w:tr>
      <w:tr w:rsidR="004A69EB" w14:paraId="1EAA56A7" w14:textId="77777777">
        <w:tc>
          <w:tcPr>
            <w:tcW w:w="2880" w:type="dxa"/>
          </w:tcPr>
          <w:p w14:paraId="6EB0B2C1" w14:textId="77777777" w:rsidR="00000000" w:rsidRDefault="00000000">
            <w:r>
              <w:t>Mini naan or flatbreads</w:t>
            </w:r>
          </w:p>
        </w:tc>
        <w:tc>
          <w:tcPr>
            <w:tcW w:w="2880" w:type="dxa"/>
          </w:tcPr>
          <w:p w14:paraId="0BC68BD4" w14:textId="77777777" w:rsidR="00000000" w:rsidRDefault="00000000">
            <w:r>
              <w:t>1 pack (6–8 count)</w:t>
            </w:r>
          </w:p>
        </w:tc>
        <w:tc>
          <w:tcPr>
            <w:tcW w:w="2880" w:type="dxa"/>
          </w:tcPr>
          <w:p w14:paraId="5AEF0547" w14:textId="77777777" w:rsidR="00000000" w:rsidRDefault="00000000">
            <w:r>
              <w:t>$5.10</w:t>
            </w:r>
          </w:p>
        </w:tc>
      </w:tr>
      <w:tr w:rsidR="004A69EB" w14:paraId="497BB370" w14:textId="77777777">
        <w:tc>
          <w:tcPr>
            <w:tcW w:w="2880" w:type="dxa"/>
          </w:tcPr>
          <w:p w14:paraId="07CB00B0" w14:textId="77777777" w:rsidR="00000000" w:rsidRDefault="00000000">
            <w:r>
              <w:t>Taco shells or lettuce cups</w:t>
            </w:r>
          </w:p>
        </w:tc>
        <w:tc>
          <w:tcPr>
            <w:tcW w:w="2880" w:type="dxa"/>
          </w:tcPr>
          <w:p w14:paraId="11E62660" w14:textId="77777777" w:rsidR="00000000" w:rsidRDefault="00000000">
            <w:r>
              <w:t>1 pack</w:t>
            </w:r>
          </w:p>
        </w:tc>
        <w:tc>
          <w:tcPr>
            <w:tcW w:w="2880" w:type="dxa"/>
          </w:tcPr>
          <w:p w14:paraId="455ADA76" w14:textId="77777777" w:rsidR="00000000" w:rsidRDefault="00000000">
            <w:r>
              <w:t>$3.95</w:t>
            </w:r>
          </w:p>
        </w:tc>
      </w:tr>
      <w:tr w:rsidR="004A69EB" w14:paraId="0CA4F4C1" w14:textId="77777777">
        <w:tc>
          <w:tcPr>
            <w:tcW w:w="2880" w:type="dxa"/>
          </w:tcPr>
          <w:p w14:paraId="299FAFF9" w14:textId="77777777" w:rsidR="00000000" w:rsidRDefault="00000000">
            <w:r>
              <w:t>Rotisserie chicken or pulled pork</w:t>
            </w:r>
          </w:p>
        </w:tc>
        <w:tc>
          <w:tcPr>
            <w:tcW w:w="2880" w:type="dxa"/>
          </w:tcPr>
          <w:p w14:paraId="6E2EA697" w14:textId="77777777" w:rsidR="00000000" w:rsidRDefault="00000000">
            <w:r>
              <w:t>1 lb</w:t>
            </w:r>
          </w:p>
        </w:tc>
        <w:tc>
          <w:tcPr>
            <w:tcW w:w="2880" w:type="dxa"/>
          </w:tcPr>
          <w:p w14:paraId="0EB9E578" w14:textId="77777777" w:rsidR="00000000" w:rsidRDefault="00000000">
            <w:r>
              <w:t>$9.20</w:t>
            </w:r>
          </w:p>
        </w:tc>
      </w:tr>
      <w:tr w:rsidR="004A69EB" w14:paraId="29BEAD3D" w14:textId="77777777">
        <w:tc>
          <w:tcPr>
            <w:tcW w:w="2880" w:type="dxa"/>
          </w:tcPr>
          <w:p w14:paraId="2F4E4085" w14:textId="77777777" w:rsidR="00000000" w:rsidRDefault="00000000">
            <w:r>
              <w:t>Asian slaw mix</w:t>
            </w:r>
          </w:p>
        </w:tc>
        <w:tc>
          <w:tcPr>
            <w:tcW w:w="2880" w:type="dxa"/>
          </w:tcPr>
          <w:p w14:paraId="680DEED4" w14:textId="77777777" w:rsidR="00000000" w:rsidRDefault="00000000">
            <w:r>
              <w:t>1 bag</w:t>
            </w:r>
          </w:p>
        </w:tc>
        <w:tc>
          <w:tcPr>
            <w:tcW w:w="2880" w:type="dxa"/>
          </w:tcPr>
          <w:p w14:paraId="799023E9" w14:textId="77777777" w:rsidR="00000000" w:rsidRDefault="00000000">
            <w:r>
              <w:t>$4.10</w:t>
            </w:r>
          </w:p>
        </w:tc>
      </w:tr>
      <w:tr w:rsidR="004A69EB" w14:paraId="5A80F026" w14:textId="77777777">
        <w:tc>
          <w:tcPr>
            <w:tcW w:w="2880" w:type="dxa"/>
          </w:tcPr>
          <w:p w14:paraId="1308BFED" w14:textId="77777777" w:rsidR="00000000" w:rsidRDefault="00000000">
            <w:r>
              <w:t>Peanut satay sauce</w:t>
            </w:r>
          </w:p>
        </w:tc>
        <w:tc>
          <w:tcPr>
            <w:tcW w:w="2880" w:type="dxa"/>
          </w:tcPr>
          <w:p w14:paraId="51B79481" w14:textId="77777777" w:rsidR="00000000" w:rsidRDefault="00000000">
            <w:r>
              <w:t>1 jar or bottle</w:t>
            </w:r>
          </w:p>
        </w:tc>
        <w:tc>
          <w:tcPr>
            <w:tcW w:w="2880" w:type="dxa"/>
          </w:tcPr>
          <w:p w14:paraId="0AC8F58E" w14:textId="77777777" w:rsidR="00000000" w:rsidRDefault="00000000">
            <w:r>
              <w:t>$4.30</w:t>
            </w:r>
          </w:p>
        </w:tc>
      </w:tr>
      <w:tr w:rsidR="004A69EB" w14:paraId="5526C417" w14:textId="77777777">
        <w:tc>
          <w:tcPr>
            <w:tcW w:w="2880" w:type="dxa"/>
          </w:tcPr>
          <w:p w14:paraId="1F89B80D" w14:textId="77777777" w:rsidR="00000000" w:rsidRDefault="00000000">
            <w:r>
              <w:t>Tzatziki or yogurt dip</w:t>
            </w:r>
          </w:p>
        </w:tc>
        <w:tc>
          <w:tcPr>
            <w:tcW w:w="2880" w:type="dxa"/>
          </w:tcPr>
          <w:p w14:paraId="016680D3" w14:textId="77777777" w:rsidR="00000000" w:rsidRDefault="00000000">
            <w:r>
              <w:t>1 container</w:t>
            </w:r>
          </w:p>
        </w:tc>
        <w:tc>
          <w:tcPr>
            <w:tcW w:w="2880" w:type="dxa"/>
          </w:tcPr>
          <w:p w14:paraId="5468D7AC" w14:textId="77777777" w:rsidR="00000000" w:rsidRDefault="00000000">
            <w:r>
              <w:t>$3.99</w:t>
            </w:r>
          </w:p>
        </w:tc>
      </w:tr>
      <w:tr w:rsidR="004A69EB" w14:paraId="164FFFA8" w14:textId="77777777">
        <w:tc>
          <w:tcPr>
            <w:tcW w:w="2880" w:type="dxa"/>
          </w:tcPr>
          <w:p w14:paraId="4B3D8D28" w14:textId="77777777" w:rsidR="00000000" w:rsidRDefault="00000000">
            <w:r>
              <w:t>Sriracha or chili garlic sauce</w:t>
            </w:r>
          </w:p>
        </w:tc>
        <w:tc>
          <w:tcPr>
            <w:tcW w:w="2880" w:type="dxa"/>
          </w:tcPr>
          <w:p w14:paraId="135D1977" w14:textId="77777777" w:rsidR="00000000" w:rsidRDefault="00000000">
            <w:r>
              <w:t>1 bottle</w:t>
            </w:r>
          </w:p>
        </w:tc>
        <w:tc>
          <w:tcPr>
            <w:tcW w:w="2880" w:type="dxa"/>
          </w:tcPr>
          <w:p w14:paraId="75A6AD37" w14:textId="77777777" w:rsidR="00000000" w:rsidRDefault="00000000">
            <w:r>
              <w:t>$4.30</w:t>
            </w:r>
          </w:p>
        </w:tc>
      </w:tr>
      <w:tr w:rsidR="004A69EB" w14:paraId="586F4B7B" w14:textId="77777777">
        <w:tc>
          <w:tcPr>
            <w:tcW w:w="2880" w:type="dxa"/>
          </w:tcPr>
          <w:p w14:paraId="160FA06F" w14:textId="77777777" w:rsidR="00000000" w:rsidRDefault="00000000">
            <w:r>
              <w:t>Fresh cilantro and limes</w:t>
            </w:r>
          </w:p>
        </w:tc>
        <w:tc>
          <w:tcPr>
            <w:tcW w:w="2880" w:type="dxa"/>
          </w:tcPr>
          <w:p w14:paraId="708A71FA" w14:textId="77777777" w:rsidR="00000000" w:rsidRDefault="00000000">
            <w:r>
              <w:t>1 bunch &amp; 2 limes</w:t>
            </w:r>
          </w:p>
        </w:tc>
        <w:tc>
          <w:tcPr>
            <w:tcW w:w="2880" w:type="dxa"/>
          </w:tcPr>
          <w:p w14:paraId="0A4371BE" w14:textId="77777777" w:rsidR="00000000" w:rsidRDefault="00000000">
            <w:r>
              <w:t>$2.80</w:t>
            </w:r>
          </w:p>
        </w:tc>
      </w:tr>
    </w:tbl>
    <w:p w14:paraId="40AF9622" w14:textId="77777777" w:rsidR="00000000" w:rsidRDefault="00000000">
      <w:r>
        <w:br/>
        <w:t>💵 Estimated Total: $37.74</w:t>
      </w:r>
    </w:p>
    <w:p w14:paraId="2B1F7822" w14:textId="77777777" w:rsidR="00000000" w:rsidRDefault="00000000">
      <w:r>
        <w:t>*Prices based on local grocery averages and may vary slightly by brand or store.*</w:t>
      </w:r>
    </w:p>
    <w:p w14:paraId="71508BC3" w14:textId="77777777" w:rsidR="00000000" w:rsidRDefault="00000000">
      <w:pPr>
        <w:pStyle w:val="Heading1"/>
      </w:pPr>
      <w:r>
        <w:t>🔥 Nutritional Information (Per Serving)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320"/>
        <w:gridCol w:w="4320"/>
      </w:tblGrid>
      <w:tr w:rsidR="004A69EB" w14:paraId="705EAAAF" w14:textId="77777777">
        <w:tc>
          <w:tcPr>
            <w:tcW w:w="4320" w:type="dxa"/>
          </w:tcPr>
          <w:p w14:paraId="3A0EA8C2" w14:textId="77777777" w:rsidR="00000000" w:rsidRDefault="00000000">
            <w:r>
              <w:rPr>
                <w:color w:val="C0342B"/>
              </w:rPr>
              <w:t>Item</w:t>
            </w:r>
          </w:p>
        </w:tc>
        <w:tc>
          <w:tcPr>
            <w:tcW w:w="4320" w:type="dxa"/>
          </w:tcPr>
          <w:p w14:paraId="5F6CEA20" w14:textId="77777777" w:rsidR="00000000" w:rsidRDefault="00000000">
            <w:r>
              <w:rPr>
                <w:color w:val="C0342B"/>
              </w:rPr>
              <w:t>Est. Calories per Serving</w:t>
            </w:r>
          </w:p>
        </w:tc>
      </w:tr>
      <w:tr w:rsidR="004A69EB" w14:paraId="23C4D197" w14:textId="77777777">
        <w:tc>
          <w:tcPr>
            <w:tcW w:w="4320" w:type="dxa"/>
          </w:tcPr>
          <w:p w14:paraId="7AC6EC57" w14:textId="77777777" w:rsidR="00000000" w:rsidRDefault="00000000">
            <w:r>
              <w:t>Flatbread or taco base with protein</w:t>
            </w:r>
          </w:p>
        </w:tc>
        <w:tc>
          <w:tcPr>
            <w:tcW w:w="4320" w:type="dxa"/>
          </w:tcPr>
          <w:p w14:paraId="3C65ADAE" w14:textId="77777777" w:rsidR="00000000" w:rsidRDefault="00000000">
            <w:r>
              <w:t>400</w:t>
            </w:r>
          </w:p>
        </w:tc>
      </w:tr>
      <w:tr w:rsidR="004A69EB" w14:paraId="185E8115" w14:textId="77777777">
        <w:tc>
          <w:tcPr>
            <w:tcW w:w="4320" w:type="dxa"/>
          </w:tcPr>
          <w:p w14:paraId="50A95E7A" w14:textId="77777777" w:rsidR="00000000" w:rsidRDefault="00000000">
            <w:r>
              <w:t>Slaw and sauce topping</w:t>
            </w:r>
          </w:p>
        </w:tc>
        <w:tc>
          <w:tcPr>
            <w:tcW w:w="4320" w:type="dxa"/>
          </w:tcPr>
          <w:p w14:paraId="0C9A593F" w14:textId="77777777" w:rsidR="00000000" w:rsidRDefault="00000000">
            <w:r>
              <w:t>150</w:t>
            </w:r>
          </w:p>
        </w:tc>
      </w:tr>
      <w:tr w:rsidR="004A69EB" w14:paraId="5631874D" w14:textId="77777777">
        <w:tc>
          <w:tcPr>
            <w:tcW w:w="4320" w:type="dxa"/>
          </w:tcPr>
          <w:p w14:paraId="7C8AC922" w14:textId="77777777" w:rsidR="00000000" w:rsidRDefault="00000000">
            <w:r>
              <w:t>Dip and garnish</w:t>
            </w:r>
          </w:p>
        </w:tc>
        <w:tc>
          <w:tcPr>
            <w:tcW w:w="4320" w:type="dxa"/>
          </w:tcPr>
          <w:p w14:paraId="73531AA1" w14:textId="77777777" w:rsidR="00000000" w:rsidRDefault="00000000">
            <w:r>
              <w:t>80</w:t>
            </w:r>
          </w:p>
        </w:tc>
      </w:tr>
    </w:tbl>
    <w:p w14:paraId="452075B5" w14:textId="77777777" w:rsidR="00000000" w:rsidRDefault="00000000">
      <w:r>
        <w:br/>
        <w:t>🥗 Total Calories per Sampler Plate (approx.): 630</w:t>
      </w:r>
    </w:p>
    <w:p w14:paraId="09506757" w14:textId="77777777" w:rsidR="00000000" w:rsidRDefault="00000000">
      <w:r>
        <w:t>*Estimated based on one mixed street food-style portion. Actual values vary by toppings and quantities.*</w:t>
      </w:r>
    </w:p>
    <w:p w14:paraId="6C992C20" w14:textId="77777777" w:rsidR="00000000" w:rsidRDefault="00000000">
      <w:pPr>
        <w:pStyle w:val="Heading1"/>
      </w:pPr>
      <w:r>
        <w:t>✅ Why Choose This Bundle</w:t>
      </w:r>
    </w:p>
    <w:p w14:paraId="4B3EB851" w14:textId="77777777" w:rsidR="00000000" w:rsidRDefault="00000000">
      <w:r>
        <w:t>• Flavor Adventure: A fusion of global street food favorites.</w:t>
      </w:r>
      <w:r>
        <w:br/>
        <w:t>• Crowd Pleaser: Customizable options for any preference.</w:t>
      </w:r>
      <w:r>
        <w:br/>
        <w:t>• Easy Assembly: Great for family-style meals or food bars.</w:t>
      </w:r>
      <w:r>
        <w:br/>
        <w:t>• Fresh &amp; Bold: Balanced with spice, crunch, and fresh herbs.</w:t>
      </w:r>
    </w:p>
    <w:sectPr w:rsidR="004A69EB" w:rsidSect="00374A5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383A5743"/>
    <w:multiLevelType w:val="hybridMultilevel"/>
    <w:tmpl w:val="D3D662F8"/>
    <w:lvl w:ilvl="0" w:tplc="4C3AC250">
      <w:start w:val="1"/>
      <w:numFmt w:val="decimal"/>
      <w:lvlText w:val="%1."/>
      <w:lvlJc w:val="left"/>
      <w:pPr>
        <w:ind w:left="720" w:hanging="360"/>
      </w:pPr>
    </w:lvl>
    <w:lvl w:ilvl="1" w:tplc="02D4C3D0">
      <w:start w:val="1"/>
      <w:numFmt w:val="decimal"/>
      <w:lvlText w:val="%2."/>
      <w:lvlJc w:val="left"/>
      <w:pPr>
        <w:ind w:left="1440" w:hanging="1080"/>
      </w:pPr>
    </w:lvl>
    <w:lvl w:ilvl="2" w:tplc="A1A6FF1A">
      <w:start w:val="1"/>
      <w:numFmt w:val="decimal"/>
      <w:lvlText w:val="%3."/>
      <w:lvlJc w:val="left"/>
      <w:pPr>
        <w:ind w:left="2160" w:hanging="1980"/>
      </w:pPr>
    </w:lvl>
    <w:lvl w:ilvl="3" w:tplc="3FCC09F2">
      <w:start w:val="1"/>
      <w:numFmt w:val="decimal"/>
      <w:lvlText w:val="%4."/>
      <w:lvlJc w:val="left"/>
      <w:pPr>
        <w:ind w:left="2880" w:hanging="2520"/>
      </w:pPr>
    </w:lvl>
    <w:lvl w:ilvl="4" w:tplc="C7E05EC0">
      <w:start w:val="1"/>
      <w:numFmt w:val="decimal"/>
      <w:lvlText w:val="%5."/>
      <w:lvlJc w:val="left"/>
      <w:pPr>
        <w:ind w:left="3600" w:hanging="3240"/>
      </w:pPr>
    </w:lvl>
    <w:lvl w:ilvl="5" w:tplc="813A29D2">
      <w:start w:val="1"/>
      <w:numFmt w:val="decimal"/>
      <w:lvlText w:val="%6."/>
      <w:lvlJc w:val="left"/>
      <w:pPr>
        <w:ind w:left="4320" w:hanging="4140"/>
      </w:pPr>
    </w:lvl>
    <w:lvl w:ilvl="6" w:tplc="CCF4273C">
      <w:start w:val="1"/>
      <w:numFmt w:val="decimal"/>
      <w:lvlText w:val="%7."/>
      <w:lvlJc w:val="left"/>
      <w:pPr>
        <w:ind w:left="5040" w:hanging="4680"/>
      </w:pPr>
    </w:lvl>
    <w:lvl w:ilvl="7" w:tplc="B07C193E">
      <w:start w:val="1"/>
      <w:numFmt w:val="decimal"/>
      <w:lvlText w:val="%8."/>
      <w:lvlJc w:val="left"/>
      <w:pPr>
        <w:ind w:left="5760" w:hanging="5400"/>
      </w:pPr>
    </w:lvl>
    <w:lvl w:ilvl="8" w:tplc="D326F5CA">
      <w:start w:val="1"/>
      <w:numFmt w:val="decimal"/>
      <w:lvlText w:val="%9."/>
      <w:lvlJc w:val="left"/>
      <w:pPr>
        <w:ind w:left="6480" w:hanging="6300"/>
      </w:pPr>
    </w:lvl>
  </w:abstractNum>
  <w:abstractNum w:abstractNumId="10" w15:restartNumberingAfterBreak="0">
    <w:nsid w:val="3D3A0FB0"/>
    <w:multiLevelType w:val="hybridMultilevel"/>
    <w:tmpl w:val="FE5CD312"/>
    <w:lvl w:ilvl="0" w:tplc="FEBC3104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CD5A97F6">
      <w:numFmt w:val="bullet"/>
      <w:lvlText w:val="o"/>
      <w:lvlJc w:val="left"/>
      <w:pPr>
        <w:ind w:left="1440" w:hanging="1080"/>
      </w:pPr>
      <w:rPr>
        <w:rFonts w:ascii="Courier New" w:hAnsi="Courier New"/>
      </w:rPr>
    </w:lvl>
    <w:lvl w:ilvl="2" w:tplc="43D80B30">
      <w:numFmt w:val="bullet"/>
      <w:lvlText w:val=""/>
      <w:lvlJc w:val="left"/>
      <w:pPr>
        <w:ind w:left="2160" w:hanging="1800"/>
      </w:pPr>
    </w:lvl>
    <w:lvl w:ilvl="3" w:tplc="8AF660D8">
      <w:numFmt w:val="bullet"/>
      <w:lvlText w:val=""/>
      <w:lvlJc w:val="left"/>
      <w:pPr>
        <w:ind w:left="2880" w:hanging="2520"/>
      </w:pPr>
      <w:rPr>
        <w:rFonts w:ascii="Symbol" w:hAnsi="Symbol"/>
      </w:rPr>
    </w:lvl>
    <w:lvl w:ilvl="4" w:tplc="C4E07E4C">
      <w:numFmt w:val="bullet"/>
      <w:lvlText w:val="o"/>
      <w:lvlJc w:val="left"/>
      <w:pPr>
        <w:ind w:left="3600" w:hanging="3240"/>
      </w:pPr>
      <w:rPr>
        <w:rFonts w:ascii="Courier New" w:hAnsi="Courier New"/>
      </w:rPr>
    </w:lvl>
    <w:lvl w:ilvl="5" w:tplc="A5D46850">
      <w:numFmt w:val="bullet"/>
      <w:lvlText w:val=""/>
      <w:lvlJc w:val="left"/>
      <w:pPr>
        <w:ind w:left="4320" w:hanging="3960"/>
      </w:pPr>
    </w:lvl>
    <w:lvl w:ilvl="6" w:tplc="225EDC96">
      <w:numFmt w:val="bullet"/>
      <w:lvlText w:val=""/>
      <w:lvlJc w:val="left"/>
      <w:pPr>
        <w:ind w:left="5040" w:hanging="4680"/>
      </w:pPr>
      <w:rPr>
        <w:rFonts w:ascii="Symbol" w:hAnsi="Symbol"/>
      </w:rPr>
    </w:lvl>
    <w:lvl w:ilvl="7" w:tplc="1708E576">
      <w:numFmt w:val="bullet"/>
      <w:lvlText w:val="o"/>
      <w:lvlJc w:val="left"/>
      <w:pPr>
        <w:ind w:left="5760" w:hanging="5400"/>
      </w:pPr>
      <w:rPr>
        <w:rFonts w:ascii="Courier New" w:hAnsi="Courier New"/>
      </w:rPr>
    </w:lvl>
    <w:lvl w:ilvl="8" w:tplc="67709560">
      <w:numFmt w:val="bullet"/>
      <w:lvlText w:val=""/>
      <w:lvlJc w:val="left"/>
      <w:pPr>
        <w:ind w:left="6480" w:hanging="6120"/>
      </w:pPr>
    </w:lvl>
  </w:abstractNum>
  <w:num w:numId="1" w16cid:durableId="656571367">
    <w:abstractNumId w:val="8"/>
  </w:num>
  <w:num w:numId="2" w16cid:durableId="714812115">
    <w:abstractNumId w:val="6"/>
  </w:num>
  <w:num w:numId="3" w16cid:durableId="1000550027">
    <w:abstractNumId w:val="5"/>
  </w:num>
  <w:num w:numId="4" w16cid:durableId="1609586382">
    <w:abstractNumId w:val="4"/>
  </w:num>
  <w:num w:numId="5" w16cid:durableId="1711801177">
    <w:abstractNumId w:val="7"/>
  </w:num>
  <w:num w:numId="6" w16cid:durableId="1022321355">
    <w:abstractNumId w:val="3"/>
  </w:num>
  <w:num w:numId="7" w16cid:durableId="1068308858">
    <w:abstractNumId w:val="2"/>
  </w:num>
  <w:num w:numId="8" w16cid:durableId="633410148">
    <w:abstractNumId w:val="1"/>
  </w:num>
  <w:num w:numId="9" w16cid:durableId="1271012183">
    <w:abstractNumId w:val="0"/>
  </w:num>
  <w:num w:numId="10" w16cid:durableId="33384122">
    <w:abstractNumId w:val="10"/>
  </w:num>
  <w:num w:numId="11" w16cid:durableId="94530750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0B5A"/>
    <w:rsid w:val="004262F7"/>
    <w:rsid w:val="00A30B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38BE8C4"/>
  <w14:defaultImageDpi w14:val="300"/>
  <w15:docId w15:val="{C764C735-903E-4B26-8CE0-572432A07A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227</Words>
  <Characters>1134</Characters>
  <Application>Microsoft Office Word</Application>
  <DocSecurity>0</DocSecurity>
  <Lines>53</Lines>
  <Paragraphs>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1319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Art Duy</cp:lastModifiedBy>
  <cp:revision>2</cp:revision>
  <dcterms:created xsi:type="dcterms:W3CDTF">2025-06-01T18:40:00Z</dcterms:created>
  <dcterms:modified xsi:type="dcterms:W3CDTF">2025-06-01T18:40:00Z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1a5b6f9a-1ee7-47d8-9174-a7ed06eab457</vt:lpwstr>
  </property>
</Properties>
</file>