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46EA4A" w14:textId="6B3481A7" w:rsidR="00000000" w:rsidRPr="00DA7105" w:rsidRDefault="00000000">
      <w:pPr>
        <w:pStyle w:val="Title"/>
        <w:rPr>
          <w:sz w:val="40"/>
          <w:szCs w:val="40"/>
        </w:rPr>
      </w:pPr>
      <w:r>
        <w:rPr>
          <w:noProof/>
        </w:rPr>
        <w:drawing>
          <wp:inline distT="0" distB="0" distL="0" distR="0" wp14:anchorId="585EC659" wp14:editId="4D5363CC">
            <wp:extent cx="2847975" cy="1929765"/>
            <wp:effectExtent l="0" t="0" r="0" b="0"/>
            <wp:docPr id="1468218464" name="Picture 1" descr="A group of food items  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8218464" name="Picture 1" descr="A group of food items  AI-generated content may be incorrect."/>
                    <pic:cNvPicPr/>
                  </pic:nvPicPr>
                  <pic:blipFill>
                    <a:blip r:embed="rId6"/>
                    <a:stretch>
                      <a:fillRect/>
                    </a:stretch>
                  </pic:blipFill>
                  <pic:spPr>
                    <a:xfrm>
                      <a:off x="0" y="0"/>
                      <a:ext cx="2866464" cy="1942407"/>
                    </a:xfrm>
                    <a:prstGeom prst="rect">
                      <a:avLst/>
                    </a:prstGeom>
                  </pic:spPr>
                </pic:pic>
              </a:graphicData>
            </a:graphic>
          </wp:inline>
        </w:drawing>
      </w:r>
      <w:r>
        <w:t>🍷</w:t>
      </w:r>
      <w:r>
        <w:t xml:space="preserve"> </w:t>
      </w:r>
      <w:r w:rsidRPr="00DA7105">
        <w:rPr>
          <w:sz w:val="40"/>
          <w:szCs w:val="40"/>
        </w:rPr>
        <w:t>Wine &amp; Graze Meal Kit</w:t>
      </w:r>
    </w:p>
    <w:p w14:paraId="1B97126B" w14:textId="77777777" w:rsidR="00000000" w:rsidRDefault="00000000">
      <w:r>
        <w:t>Unwind and indulge with the Wine &amp; Graze bundle—an elevated charcuterie experience perfect for sharing with family or friends. This beautifully curated selection feeds 4–6 people and includes premium cheeses, meats, crackers, and accompaniments to pair with wine or sparkling beverages.</w:t>
      </w:r>
    </w:p>
    <w:p w14:paraId="0DAA5E2D" w14:textId="77777777" w:rsidR="00000000" w:rsidRDefault="00000000">
      <w:pPr>
        <w:pStyle w:val="Heading1"/>
      </w:pPr>
      <w:r>
        <w:t>🍽️ Kit Includes</w:t>
      </w:r>
    </w:p>
    <w:tbl>
      <w:tblPr>
        <w:tblStyle w:val="TableGrid"/>
        <w:tblW w:w="0" w:type="auto"/>
        <w:tblLook w:val="04A0" w:firstRow="1" w:lastRow="0" w:firstColumn="1" w:lastColumn="0" w:noHBand="0" w:noVBand="1"/>
      </w:tblPr>
      <w:tblGrid>
        <w:gridCol w:w="2880"/>
        <w:gridCol w:w="2880"/>
        <w:gridCol w:w="2880"/>
      </w:tblGrid>
      <w:tr w:rsidR="00833D4E" w14:paraId="561113D9" w14:textId="77777777">
        <w:tc>
          <w:tcPr>
            <w:tcW w:w="2880" w:type="dxa"/>
          </w:tcPr>
          <w:p w14:paraId="5BEBACE0" w14:textId="77777777" w:rsidR="00000000" w:rsidRDefault="00000000">
            <w:r>
              <w:rPr>
                <w:color w:val="7B3F48"/>
              </w:rPr>
              <w:t>Item</w:t>
            </w:r>
          </w:p>
        </w:tc>
        <w:tc>
          <w:tcPr>
            <w:tcW w:w="2880" w:type="dxa"/>
          </w:tcPr>
          <w:p w14:paraId="7B5406FB" w14:textId="77777777" w:rsidR="00000000" w:rsidRDefault="00000000">
            <w:r>
              <w:rPr>
                <w:color w:val="7B3F48"/>
              </w:rPr>
              <w:t>Approx. Quantity</w:t>
            </w:r>
          </w:p>
        </w:tc>
        <w:tc>
          <w:tcPr>
            <w:tcW w:w="2880" w:type="dxa"/>
          </w:tcPr>
          <w:p w14:paraId="619CC3D1" w14:textId="77777777" w:rsidR="00000000" w:rsidRDefault="00000000">
            <w:r>
              <w:rPr>
                <w:color w:val="7B3F48"/>
              </w:rPr>
              <w:t>Est. Price</w:t>
            </w:r>
          </w:p>
        </w:tc>
      </w:tr>
      <w:tr w:rsidR="00833D4E" w14:paraId="3E143CD8" w14:textId="77777777">
        <w:tc>
          <w:tcPr>
            <w:tcW w:w="2880" w:type="dxa"/>
          </w:tcPr>
          <w:p w14:paraId="68334D63" w14:textId="77777777" w:rsidR="00000000" w:rsidRDefault="00000000">
            <w:r>
              <w:t>Assorted cheeses (brie, cheddar, goat)</w:t>
            </w:r>
          </w:p>
        </w:tc>
        <w:tc>
          <w:tcPr>
            <w:tcW w:w="2880" w:type="dxa"/>
          </w:tcPr>
          <w:p w14:paraId="132CBBD7" w14:textId="77777777" w:rsidR="00000000" w:rsidRDefault="00000000">
            <w:r>
              <w:t>3 blocks/wedges</w:t>
            </w:r>
          </w:p>
        </w:tc>
        <w:tc>
          <w:tcPr>
            <w:tcW w:w="2880" w:type="dxa"/>
          </w:tcPr>
          <w:p w14:paraId="362ED7A9" w14:textId="77777777" w:rsidR="00000000" w:rsidRDefault="00000000">
            <w:r>
              <w:t>$11.99</w:t>
            </w:r>
          </w:p>
        </w:tc>
      </w:tr>
      <w:tr w:rsidR="00833D4E" w14:paraId="4DF38B98" w14:textId="77777777">
        <w:tc>
          <w:tcPr>
            <w:tcW w:w="2880" w:type="dxa"/>
          </w:tcPr>
          <w:p w14:paraId="296F0B21" w14:textId="77777777" w:rsidR="00000000" w:rsidRDefault="00000000">
            <w:r>
              <w:t>Cured meats (salami, prosciutto)</w:t>
            </w:r>
          </w:p>
        </w:tc>
        <w:tc>
          <w:tcPr>
            <w:tcW w:w="2880" w:type="dxa"/>
          </w:tcPr>
          <w:p w14:paraId="240AB09B" w14:textId="77777777" w:rsidR="00000000" w:rsidRDefault="00000000">
            <w:r>
              <w:t>1–2 packs</w:t>
            </w:r>
          </w:p>
        </w:tc>
        <w:tc>
          <w:tcPr>
            <w:tcW w:w="2880" w:type="dxa"/>
          </w:tcPr>
          <w:p w14:paraId="4925E5F4" w14:textId="77777777" w:rsidR="00000000" w:rsidRDefault="00000000">
            <w:r>
              <w:t>$7.60</w:t>
            </w:r>
          </w:p>
        </w:tc>
      </w:tr>
      <w:tr w:rsidR="00833D4E" w14:paraId="7F7260E3" w14:textId="77777777">
        <w:tc>
          <w:tcPr>
            <w:tcW w:w="2880" w:type="dxa"/>
          </w:tcPr>
          <w:p w14:paraId="133F2AC7" w14:textId="77777777" w:rsidR="00000000" w:rsidRDefault="00000000">
            <w:r>
              <w:t>Artisan crackers or baguette</w:t>
            </w:r>
          </w:p>
        </w:tc>
        <w:tc>
          <w:tcPr>
            <w:tcW w:w="2880" w:type="dxa"/>
          </w:tcPr>
          <w:p w14:paraId="7958BEA0" w14:textId="77777777" w:rsidR="00000000" w:rsidRDefault="00000000">
            <w:r>
              <w:t>1 box or loaf</w:t>
            </w:r>
          </w:p>
        </w:tc>
        <w:tc>
          <w:tcPr>
            <w:tcW w:w="2880" w:type="dxa"/>
          </w:tcPr>
          <w:p w14:paraId="5C95F204" w14:textId="77777777" w:rsidR="00000000" w:rsidRDefault="00000000">
            <w:r>
              <w:t>$4.20</w:t>
            </w:r>
          </w:p>
        </w:tc>
      </w:tr>
      <w:tr w:rsidR="00833D4E" w14:paraId="21D0DB6C" w14:textId="77777777">
        <w:tc>
          <w:tcPr>
            <w:tcW w:w="2880" w:type="dxa"/>
          </w:tcPr>
          <w:p w14:paraId="61FBD1B5" w14:textId="77777777" w:rsidR="00000000" w:rsidRDefault="00000000">
            <w:r>
              <w:t>Olives or pickled veggies</w:t>
            </w:r>
          </w:p>
        </w:tc>
        <w:tc>
          <w:tcPr>
            <w:tcW w:w="2880" w:type="dxa"/>
          </w:tcPr>
          <w:p w14:paraId="14A906AA" w14:textId="77777777" w:rsidR="00000000" w:rsidRDefault="00000000">
            <w:r>
              <w:t>1 jar or container</w:t>
            </w:r>
          </w:p>
        </w:tc>
        <w:tc>
          <w:tcPr>
            <w:tcW w:w="2880" w:type="dxa"/>
          </w:tcPr>
          <w:p w14:paraId="33716F8A" w14:textId="77777777" w:rsidR="00000000" w:rsidRDefault="00000000">
            <w:r>
              <w:t>$4.70</w:t>
            </w:r>
          </w:p>
        </w:tc>
      </w:tr>
      <w:tr w:rsidR="00833D4E" w14:paraId="1F564F33" w14:textId="77777777">
        <w:tc>
          <w:tcPr>
            <w:tcW w:w="2880" w:type="dxa"/>
          </w:tcPr>
          <w:p w14:paraId="647E935A" w14:textId="77777777" w:rsidR="00000000" w:rsidRDefault="00000000">
            <w:r>
              <w:t>Fresh grapes or dried fruits</w:t>
            </w:r>
          </w:p>
        </w:tc>
        <w:tc>
          <w:tcPr>
            <w:tcW w:w="2880" w:type="dxa"/>
          </w:tcPr>
          <w:p w14:paraId="66E7CAB8" w14:textId="77777777" w:rsidR="00000000" w:rsidRDefault="00000000">
            <w:r>
              <w:t>1 bunch or small pack</w:t>
            </w:r>
          </w:p>
        </w:tc>
        <w:tc>
          <w:tcPr>
            <w:tcW w:w="2880" w:type="dxa"/>
          </w:tcPr>
          <w:p w14:paraId="6558EBAE" w14:textId="77777777" w:rsidR="00000000" w:rsidRDefault="00000000">
            <w:r>
              <w:t>$4.49</w:t>
            </w:r>
          </w:p>
        </w:tc>
      </w:tr>
      <w:tr w:rsidR="00833D4E" w14:paraId="44E4F5CF" w14:textId="77777777">
        <w:tc>
          <w:tcPr>
            <w:tcW w:w="2880" w:type="dxa"/>
          </w:tcPr>
          <w:p w14:paraId="4D291AF6" w14:textId="77777777" w:rsidR="00000000" w:rsidRDefault="00000000">
            <w:r>
              <w:t>Mixed nuts or almonds</w:t>
            </w:r>
          </w:p>
        </w:tc>
        <w:tc>
          <w:tcPr>
            <w:tcW w:w="2880" w:type="dxa"/>
          </w:tcPr>
          <w:p w14:paraId="3CFC3B7D" w14:textId="77777777" w:rsidR="00000000" w:rsidRDefault="00000000">
            <w:r>
              <w:t>1 bag</w:t>
            </w:r>
          </w:p>
        </w:tc>
        <w:tc>
          <w:tcPr>
            <w:tcW w:w="2880" w:type="dxa"/>
          </w:tcPr>
          <w:p w14:paraId="3383085F" w14:textId="77777777" w:rsidR="00000000" w:rsidRDefault="00000000">
            <w:r>
              <w:t>$5.10</w:t>
            </w:r>
          </w:p>
        </w:tc>
      </w:tr>
      <w:tr w:rsidR="00833D4E" w14:paraId="763E441B" w14:textId="77777777">
        <w:tc>
          <w:tcPr>
            <w:tcW w:w="2880" w:type="dxa"/>
          </w:tcPr>
          <w:p w14:paraId="1EB6E31D" w14:textId="77777777" w:rsidR="00000000" w:rsidRDefault="00000000">
            <w:r>
              <w:t>Fig jam or honey</w:t>
            </w:r>
          </w:p>
        </w:tc>
        <w:tc>
          <w:tcPr>
            <w:tcW w:w="2880" w:type="dxa"/>
          </w:tcPr>
          <w:p w14:paraId="69338C00" w14:textId="77777777" w:rsidR="00000000" w:rsidRDefault="00000000">
            <w:r>
              <w:t>1 small jar</w:t>
            </w:r>
          </w:p>
        </w:tc>
        <w:tc>
          <w:tcPr>
            <w:tcW w:w="2880" w:type="dxa"/>
          </w:tcPr>
          <w:p w14:paraId="798ECC3D" w14:textId="77777777" w:rsidR="00000000" w:rsidRDefault="00000000">
            <w:r>
              <w:t>$3.70</w:t>
            </w:r>
          </w:p>
        </w:tc>
      </w:tr>
      <w:tr w:rsidR="00833D4E" w14:paraId="6429102B" w14:textId="77777777">
        <w:tc>
          <w:tcPr>
            <w:tcW w:w="2880" w:type="dxa"/>
          </w:tcPr>
          <w:p w14:paraId="4DC7BB11" w14:textId="77777777" w:rsidR="00000000" w:rsidRDefault="00000000">
            <w:r>
              <w:t>Sparkling water or wine</w:t>
            </w:r>
          </w:p>
        </w:tc>
        <w:tc>
          <w:tcPr>
            <w:tcW w:w="2880" w:type="dxa"/>
          </w:tcPr>
          <w:p w14:paraId="02604D60" w14:textId="77777777" w:rsidR="00000000" w:rsidRDefault="00000000">
            <w:r>
              <w:t>1 bottle</w:t>
            </w:r>
          </w:p>
        </w:tc>
        <w:tc>
          <w:tcPr>
            <w:tcW w:w="2880" w:type="dxa"/>
          </w:tcPr>
          <w:p w14:paraId="43851951" w14:textId="77777777" w:rsidR="00000000" w:rsidRDefault="00000000">
            <w:r>
              <w:t>$16.00</w:t>
            </w:r>
          </w:p>
        </w:tc>
      </w:tr>
    </w:tbl>
    <w:p w14:paraId="165E2700" w14:textId="77777777" w:rsidR="00000000" w:rsidRDefault="00000000">
      <w:r>
        <w:br/>
        <w:t>💵 Estimated Total: $57.78</w:t>
      </w:r>
    </w:p>
    <w:p w14:paraId="350AFBA0" w14:textId="77777777" w:rsidR="00000000" w:rsidRDefault="00000000">
      <w:r>
        <w:t>*Prices based on local grocery averages and may vary by brand or store.*</w:t>
      </w:r>
    </w:p>
    <w:p w14:paraId="0163EDB0" w14:textId="77777777" w:rsidR="00000000" w:rsidRDefault="00000000">
      <w:pPr>
        <w:pStyle w:val="Heading1"/>
      </w:pPr>
      <w:r>
        <w:t>🔥 Nutritional Information (Per Serving)</w:t>
      </w:r>
    </w:p>
    <w:tbl>
      <w:tblPr>
        <w:tblStyle w:val="TableGrid"/>
        <w:tblW w:w="0" w:type="auto"/>
        <w:tblLook w:val="04A0" w:firstRow="1" w:lastRow="0" w:firstColumn="1" w:lastColumn="0" w:noHBand="0" w:noVBand="1"/>
      </w:tblPr>
      <w:tblGrid>
        <w:gridCol w:w="4320"/>
        <w:gridCol w:w="4320"/>
      </w:tblGrid>
      <w:tr w:rsidR="00833D4E" w14:paraId="5C5E5474" w14:textId="77777777">
        <w:tc>
          <w:tcPr>
            <w:tcW w:w="4320" w:type="dxa"/>
          </w:tcPr>
          <w:p w14:paraId="71A23421" w14:textId="77777777" w:rsidR="00000000" w:rsidRDefault="00000000">
            <w:r>
              <w:rPr>
                <w:color w:val="7B3F48"/>
              </w:rPr>
              <w:t>Item</w:t>
            </w:r>
          </w:p>
        </w:tc>
        <w:tc>
          <w:tcPr>
            <w:tcW w:w="4320" w:type="dxa"/>
          </w:tcPr>
          <w:p w14:paraId="76B6C2DB" w14:textId="77777777" w:rsidR="00000000" w:rsidRDefault="00000000">
            <w:r>
              <w:rPr>
                <w:color w:val="7B3F48"/>
              </w:rPr>
              <w:t>Est. Calories per Serving</w:t>
            </w:r>
          </w:p>
        </w:tc>
      </w:tr>
      <w:tr w:rsidR="00833D4E" w14:paraId="51C8CFD2" w14:textId="77777777">
        <w:tc>
          <w:tcPr>
            <w:tcW w:w="4320" w:type="dxa"/>
          </w:tcPr>
          <w:p w14:paraId="29DABA96" w14:textId="77777777" w:rsidR="00000000" w:rsidRDefault="00000000">
            <w:r>
              <w:t>Cheese and cured meats</w:t>
            </w:r>
          </w:p>
        </w:tc>
        <w:tc>
          <w:tcPr>
            <w:tcW w:w="4320" w:type="dxa"/>
          </w:tcPr>
          <w:p w14:paraId="4734DB2B" w14:textId="77777777" w:rsidR="00000000" w:rsidRDefault="00000000">
            <w:r>
              <w:t>400</w:t>
            </w:r>
          </w:p>
        </w:tc>
      </w:tr>
      <w:tr w:rsidR="00833D4E" w14:paraId="1CB3331D" w14:textId="77777777">
        <w:tc>
          <w:tcPr>
            <w:tcW w:w="4320" w:type="dxa"/>
          </w:tcPr>
          <w:p w14:paraId="1FD984E8" w14:textId="77777777" w:rsidR="00000000" w:rsidRDefault="00000000">
            <w:r>
              <w:t>Crackers or baguette</w:t>
            </w:r>
          </w:p>
        </w:tc>
        <w:tc>
          <w:tcPr>
            <w:tcW w:w="4320" w:type="dxa"/>
          </w:tcPr>
          <w:p w14:paraId="76CC750C" w14:textId="77777777" w:rsidR="00000000" w:rsidRDefault="00000000">
            <w:r>
              <w:t>150</w:t>
            </w:r>
          </w:p>
        </w:tc>
      </w:tr>
      <w:tr w:rsidR="00833D4E" w14:paraId="78487B9D" w14:textId="77777777">
        <w:tc>
          <w:tcPr>
            <w:tcW w:w="4320" w:type="dxa"/>
          </w:tcPr>
          <w:p w14:paraId="21BCACCA" w14:textId="77777777" w:rsidR="00000000" w:rsidRDefault="00000000">
            <w:r>
              <w:t>Fruits, nuts, and spreads</w:t>
            </w:r>
          </w:p>
        </w:tc>
        <w:tc>
          <w:tcPr>
            <w:tcW w:w="4320" w:type="dxa"/>
          </w:tcPr>
          <w:p w14:paraId="5E3D7F46" w14:textId="77777777" w:rsidR="00000000" w:rsidRDefault="00000000">
            <w:r>
              <w:t>150</w:t>
            </w:r>
          </w:p>
        </w:tc>
      </w:tr>
    </w:tbl>
    <w:p w14:paraId="0FBB386A" w14:textId="77777777" w:rsidR="00000000" w:rsidRDefault="00000000">
      <w:r>
        <w:br/>
        <w:t>🥗 Total Calories per Grazing Plate (approx.): 700</w:t>
      </w:r>
    </w:p>
    <w:p w14:paraId="1C6FF016" w14:textId="77777777" w:rsidR="00000000" w:rsidRDefault="00000000">
      <w:r>
        <w:t>*Estimated based on average servings of each item. Nutritional values may vary by brand and portion.*</w:t>
      </w:r>
    </w:p>
    <w:p w14:paraId="0D5A2A9A" w14:textId="77777777" w:rsidR="00000000" w:rsidRDefault="00000000">
      <w:pPr>
        <w:pStyle w:val="Heading1"/>
      </w:pPr>
      <w:r>
        <w:t>✅ Why Choose This Bundle</w:t>
      </w:r>
    </w:p>
    <w:p w14:paraId="572108AC" w14:textId="77777777" w:rsidR="00000000" w:rsidRDefault="00000000">
      <w:r>
        <w:t>• Sophisticated &amp; Simple: Curated ingredients for a no-cook gourmet experience.</w:t>
      </w:r>
      <w:r>
        <w:br/>
        <w:t>• Perfect Pairings: Designed to complement wine or sparkling beverages.</w:t>
      </w:r>
      <w:r>
        <w:br/>
      </w:r>
      <w:r>
        <w:lastRenderedPageBreak/>
        <w:t>• Crowd Favorite: Great for entertaining or relaxing evenings.</w:t>
      </w:r>
      <w:r>
        <w:br/>
        <w:t>• Flexible Options: Easily customize with sweet or savory favorites.</w:t>
      </w:r>
    </w:p>
    <w:sectPr w:rsidR="00833D4E" w:rsidSect="00DA7105">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ourier">
    <w:panose1 w:val="020704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40135707"/>
    <w:multiLevelType w:val="hybridMultilevel"/>
    <w:tmpl w:val="EECC9670"/>
    <w:lvl w:ilvl="0" w:tplc="E626BEFA">
      <w:numFmt w:val="bullet"/>
      <w:lvlText w:val=""/>
      <w:lvlJc w:val="left"/>
      <w:pPr>
        <w:ind w:left="720" w:hanging="360"/>
      </w:pPr>
      <w:rPr>
        <w:rFonts w:ascii="Symbol" w:hAnsi="Symbol"/>
      </w:rPr>
    </w:lvl>
    <w:lvl w:ilvl="1" w:tplc="350C6FBA">
      <w:numFmt w:val="bullet"/>
      <w:lvlText w:val="o"/>
      <w:lvlJc w:val="left"/>
      <w:pPr>
        <w:ind w:left="1440" w:hanging="1080"/>
      </w:pPr>
      <w:rPr>
        <w:rFonts w:ascii="Courier New" w:hAnsi="Courier New"/>
      </w:rPr>
    </w:lvl>
    <w:lvl w:ilvl="2" w:tplc="8A5A20CC">
      <w:numFmt w:val="bullet"/>
      <w:lvlText w:val=""/>
      <w:lvlJc w:val="left"/>
      <w:pPr>
        <w:ind w:left="2160" w:hanging="1800"/>
      </w:pPr>
    </w:lvl>
    <w:lvl w:ilvl="3" w:tplc="AC48C6FC">
      <w:numFmt w:val="bullet"/>
      <w:lvlText w:val=""/>
      <w:lvlJc w:val="left"/>
      <w:pPr>
        <w:ind w:left="2880" w:hanging="2520"/>
      </w:pPr>
      <w:rPr>
        <w:rFonts w:ascii="Symbol" w:hAnsi="Symbol"/>
      </w:rPr>
    </w:lvl>
    <w:lvl w:ilvl="4" w:tplc="27AC7FFC">
      <w:numFmt w:val="bullet"/>
      <w:lvlText w:val="o"/>
      <w:lvlJc w:val="left"/>
      <w:pPr>
        <w:ind w:left="3600" w:hanging="3240"/>
      </w:pPr>
      <w:rPr>
        <w:rFonts w:ascii="Courier New" w:hAnsi="Courier New"/>
      </w:rPr>
    </w:lvl>
    <w:lvl w:ilvl="5" w:tplc="83A6D65A">
      <w:numFmt w:val="bullet"/>
      <w:lvlText w:val=""/>
      <w:lvlJc w:val="left"/>
      <w:pPr>
        <w:ind w:left="4320" w:hanging="3960"/>
      </w:pPr>
    </w:lvl>
    <w:lvl w:ilvl="6" w:tplc="CA827564">
      <w:numFmt w:val="bullet"/>
      <w:lvlText w:val=""/>
      <w:lvlJc w:val="left"/>
      <w:pPr>
        <w:ind w:left="5040" w:hanging="4680"/>
      </w:pPr>
      <w:rPr>
        <w:rFonts w:ascii="Symbol" w:hAnsi="Symbol"/>
      </w:rPr>
    </w:lvl>
    <w:lvl w:ilvl="7" w:tplc="DDD83AD0">
      <w:numFmt w:val="bullet"/>
      <w:lvlText w:val="o"/>
      <w:lvlJc w:val="left"/>
      <w:pPr>
        <w:ind w:left="5760" w:hanging="5400"/>
      </w:pPr>
      <w:rPr>
        <w:rFonts w:ascii="Courier New" w:hAnsi="Courier New"/>
      </w:rPr>
    </w:lvl>
    <w:lvl w:ilvl="8" w:tplc="BD7003CE">
      <w:numFmt w:val="bullet"/>
      <w:lvlText w:val=""/>
      <w:lvlJc w:val="left"/>
      <w:pPr>
        <w:ind w:left="6480" w:hanging="6120"/>
      </w:pPr>
    </w:lvl>
  </w:abstractNum>
  <w:abstractNum w:abstractNumId="10" w15:restartNumberingAfterBreak="0">
    <w:nsid w:val="448D0FD1"/>
    <w:multiLevelType w:val="hybridMultilevel"/>
    <w:tmpl w:val="FE360AA2"/>
    <w:lvl w:ilvl="0" w:tplc="60A070F8">
      <w:start w:val="1"/>
      <w:numFmt w:val="decimal"/>
      <w:lvlText w:val="%1."/>
      <w:lvlJc w:val="left"/>
      <w:pPr>
        <w:ind w:left="720" w:hanging="360"/>
      </w:pPr>
    </w:lvl>
    <w:lvl w:ilvl="1" w:tplc="476C7CB4">
      <w:start w:val="1"/>
      <w:numFmt w:val="decimal"/>
      <w:lvlText w:val="%2."/>
      <w:lvlJc w:val="left"/>
      <w:pPr>
        <w:ind w:left="1440" w:hanging="1080"/>
      </w:pPr>
    </w:lvl>
    <w:lvl w:ilvl="2" w:tplc="684A7E88">
      <w:start w:val="1"/>
      <w:numFmt w:val="decimal"/>
      <w:lvlText w:val="%3."/>
      <w:lvlJc w:val="left"/>
      <w:pPr>
        <w:ind w:left="2160" w:hanging="1980"/>
      </w:pPr>
    </w:lvl>
    <w:lvl w:ilvl="3" w:tplc="A11E8042">
      <w:start w:val="1"/>
      <w:numFmt w:val="decimal"/>
      <w:lvlText w:val="%4."/>
      <w:lvlJc w:val="left"/>
      <w:pPr>
        <w:ind w:left="2880" w:hanging="2520"/>
      </w:pPr>
    </w:lvl>
    <w:lvl w:ilvl="4" w:tplc="00CABF28">
      <w:start w:val="1"/>
      <w:numFmt w:val="decimal"/>
      <w:lvlText w:val="%5."/>
      <w:lvlJc w:val="left"/>
      <w:pPr>
        <w:ind w:left="3600" w:hanging="3240"/>
      </w:pPr>
    </w:lvl>
    <w:lvl w:ilvl="5" w:tplc="0558464A">
      <w:start w:val="1"/>
      <w:numFmt w:val="decimal"/>
      <w:lvlText w:val="%6."/>
      <w:lvlJc w:val="left"/>
      <w:pPr>
        <w:ind w:left="4320" w:hanging="4140"/>
      </w:pPr>
    </w:lvl>
    <w:lvl w:ilvl="6" w:tplc="01E86328">
      <w:start w:val="1"/>
      <w:numFmt w:val="decimal"/>
      <w:lvlText w:val="%7."/>
      <w:lvlJc w:val="left"/>
      <w:pPr>
        <w:ind w:left="5040" w:hanging="4680"/>
      </w:pPr>
    </w:lvl>
    <w:lvl w:ilvl="7" w:tplc="9360492C">
      <w:start w:val="1"/>
      <w:numFmt w:val="decimal"/>
      <w:lvlText w:val="%8."/>
      <w:lvlJc w:val="left"/>
      <w:pPr>
        <w:ind w:left="5760" w:hanging="5400"/>
      </w:pPr>
    </w:lvl>
    <w:lvl w:ilvl="8" w:tplc="97B20CEE">
      <w:start w:val="1"/>
      <w:numFmt w:val="decimal"/>
      <w:lvlText w:val="%9."/>
      <w:lvlJc w:val="left"/>
      <w:pPr>
        <w:ind w:left="6480" w:hanging="6300"/>
      </w:pPr>
    </w:lvl>
  </w:abstractNum>
  <w:num w:numId="1" w16cid:durableId="738329928">
    <w:abstractNumId w:val="8"/>
  </w:num>
  <w:num w:numId="2" w16cid:durableId="1705979350">
    <w:abstractNumId w:val="6"/>
  </w:num>
  <w:num w:numId="3" w16cid:durableId="358514008">
    <w:abstractNumId w:val="5"/>
  </w:num>
  <w:num w:numId="4" w16cid:durableId="721247509">
    <w:abstractNumId w:val="4"/>
  </w:num>
  <w:num w:numId="5" w16cid:durableId="1804272207">
    <w:abstractNumId w:val="7"/>
  </w:num>
  <w:num w:numId="6" w16cid:durableId="1060715216">
    <w:abstractNumId w:val="3"/>
  </w:num>
  <w:num w:numId="7" w16cid:durableId="383721917">
    <w:abstractNumId w:val="2"/>
  </w:num>
  <w:num w:numId="8" w16cid:durableId="240796383">
    <w:abstractNumId w:val="1"/>
  </w:num>
  <w:num w:numId="9" w16cid:durableId="1521775360">
    <w:abstractNumId w:val="0"/>
  </w:num>
  <w:num w:numId="10" w16cid:durableId="1463888121">
    <w:abstractNumId w:val="9"/>
  </w:num>
  <w:num w:numId="11" w16cid:durableId="166921557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7152"/>
    <w:rsid w:val="004262F7"/>
    <w:rsid w:val="00CC715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C37A8AF"/>
  <w14:defaultImageDpi w14:val="300"/>
  <w15:docId w15:val="{2A84FC90-8427-4DA3-B773-97F7BF3A99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233</Words>
  <Characters>1238</Characters>
  <Application>Microsoft Office Word</Application>
  <DocSecurity>0</DocSecurity>
  <Lines>56</Lines>
  <Paragraphs>52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1419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Art Duy</cp:lastModifiedBy>
  <cp:revision>2</cp:revision>
  <dcterms:created xsi:type="dcterms:W3CDTF">2025-06-01T18:58:00Z</dcterms:created>
  <dcterms:modified xsi:type="dcterms:W3CDTF">2025-06-01T18:58:00Z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9869ff02-72ab-4d42-956a-05cf1ba93b7d</vt:lpwstr>
  </property>
</Properties>
</file>